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72000" cy="187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51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72000" cy="187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微软雅黑" w:hAnsi="微软雅黑" w:eastAsia="微软雅黑"/>
          <w:b/>
          <w:color w:val="1F3A5F"/>
          <w:sz w:val="64"/>
        </w:rPr>
        <w:t>公 益 寻 仙</w:t>
      </w:r>
    </w:p>
    <w:p>
      <w:pPr>
        <w:jc w:val="center"/>
      </w:pPr>
      <w:r>
        <w:rPr>
          <w:rFonts w:ascii="微软雅黑" w:hAnsi="微软雅黑" w:eastAsia="微软雅黑"/>
          <w:b/>
          <w:color w:val="2E5C8A"/>
          <w:sz w:val="48"/>
        </w:rPr>
        <w:t>玩 家 手 册</w:t>
      </w:r>
    </w:p>
    <w:p>
      <w:pPr>
        <w:jc w:val="center"/>
      </w:pPr>
      <w:r>
        <w:rPr>
          <w:rFonts w:ascii="微软雅黑" w:hAnsi="微软雅黑" w:eastAsia="微软雅黑"/>
          <w:color w:val="666666"/>
          <w:sz w:val="24"/>
        </w:rPr>
        <w:t>长期慢养成 · 无充值 · 不卖数值</w:t>
      </w:r>
    </w:p>
    <w:p/>
    <w:p/>
    <w:p/>
    <w:p/>
    <w:p/>
    <w:p/>
    <w:p>
      <w:pPr>
        <w:jc w:val="center"/>
      </w:pPr>
      <w:r>
        <w:rPr>
          <w:rFonts w:ascii="微软雅黑" w:hAnsi="微软雅黑" w:eastAsia="微软雅黑"/>
          <w:color w:val="333333"/>
          <w:sz w:val="22"/>
        </w:rPr>
        <w:t>游戏地址：103.236.71.195:3100</w:t>
      </w:r>
    </w:p>
    <w:p>
      <w:pPr>
        <w:jc w:val="center"/>
      </w:pPr>
      <w:r>
        <w:rPr>
          <w:rFonts w:ascii="微软雅黑" w:hAnsi="微软雅黑" w:eastAsia="微软雅黑"/>
          <w:color w:val="333333"/>
          <w:sz w:val="22"/>
        </w:rPr>
        <w:t>注册页面：https://xx.cq176.vip/</w:t>
      </w:r>
    </w:p>
    <w:p>
      <w:pPr>
        <w:jc w:val="center"/>
      </w:pPr>
      <w:r>
        <w:rPr>
          <w:rFonts w:ascii="微软雅黑" w:hAnsi="微软雅黑" w:eastAsia="微软雅黑"/>
          <w:color w:val="333333"/>
          <w:sz w:val="22"/>
        </w:rPr>
        <w:t>版本：S1（40 级上限） · 2026-11-01</w:t>
      </w:r>
    </w:p>
    <w:p>
      <w:r>
        <w:br w:type="page"/>
      </w:r>
    </w:p>
    <w:p>
      <w:pPr>
        <w:pStyle w:val="Heading1"/>
      </w:pPr>
      <w:r>
        <w:rPr>
          <w:rFonts w:ascii="微软雅黑" w:hAnsi="微软雅黑" w:eastAsia="微软雅黑"/>
          <w:b/>
          <w:color w:val="1F3A5F"/>
          <w:sz w:val="36"/>
        </w:rPr>
        <w:t>目录</w:t>
      </w:r>
    </w:p>
    <w:p>
      <w:pPr>
        <w:spacing w:after="40"/>
      </w:pPr>
      <w:r>
        <w:rPr>
          <w:rFonts w:ascii="微软雅黑" w:hAnsi="微软雅黑" w:eastAsia="微软雅黑"/>
          <w:color w:val="333333"/>
          <w:sz w:val="21"/>
        </w:rPr>
        <w:t>第一部分  玩家手册</w:t>
      </w:r>
    </w:p>
    <w:p>
      <w:pPr>
        <w:spacing w:after="40"/>
      </w:pPr>
      <w:r>
        <w:rPr>
          <w:rFonts w:ascii="微软雅黑" w:hAnsi="微软雅黑" w:eastAsia="微软雅黑"/>
          <w:color w:val="333333"/>
          <w:sz w:val="21"/>
        </w:rPr>
        <w:t xml:space="preserve">  一、服务器信息</w:t>
      </w:r>
    </w:p>
    <w:p>
      <w:pPr>
        <w:spacing w:after="40"/>
      </w:pPr>
      <w:r>
        <w:rPr>
          <w:rFonts w:ascii="微软雅黑" w:hAnsi="微软雅黑" w:eastAsia="微软雅黑"/>
          <w:color w:val="333333"/>
          <w:sz w:val="21"/>
        </w:rPr>
        <w:t xml:space="preserve">  二、本服和其他服有什么不同</w:t>
      </w:r>
    </w:p>
    <w:p>
      <w:pPr>
        <w:spacing w:after="40"/>
      </w:pPr>
      <w:r>
        <w:rPr>
          <w:rFonts w:ascii="微软雅黑" w:hAnsi="微软雅黑" w:eastAsia="微软雅黑"/>
          <w:color w:val="333333"/>
          <w:sz w:val="21"/>
        </w:rPr>
        <w:t xml:space="preserve">  三、职业怎么选</w:t>
      </w:r>
    </w:p>
    <w:p>
      <w:pPr>
        <w:spacing w:after="40"/>
      </w:pPr>
      <w:r>
        <w:rPr>
          <w:rFonts w:ascii="微软雅黑" w:hAnsi="微软雅黑" w:eastAsia="微软雅黑"/>
          <w:color w:val="333333"/>
          <w:sz w:val="21"/>
        </w:rPr>
        <w:t xml:space="preserve">  四、1–40 级新手路线（S1）</w:t>
      </w:r>
    </w:p>
    <w:p>
      <w:pPr>
        <w:spacing w:after="40"/>
      </w:pPr>
      <w:r>
        <w:rPr>
          <w:rFonts w:ascii="微软雅黑" w:hAnsi="微软雅黑" w:eastAsia="微软雅黑"/>
          <w:color w:val="333333"/>
          <w:sz w:val="21"/>
        </w:rPr>
        <w:t xml:space="preserve">  五、每日必做</w:t>
      </w:r>
    </w:p>
    <w:p>
      <w:pPr>
        <w:spacing w:after="40"/>
      </w:pPr>
      <w:r>
        <w:rPr>
          <w:rFonts w:ascii="微软雅黑" w:hAnsi="微软雅黑" w:eastAsia="微软雅黑"/>
          <w:color w:val="333333"/>
          <w:sz w:val="21"/>
        </w:rPr>
        <w:t xml:space="preserve">  六、每周必做</w:t>
      </w:r>
    </w:p>
    <w:p>
      <w:pPr>
        <w:spacing w:after="40"/>
      </w:pPr>
      <w:r>
        <w:rPr>
          <w:rFonts w:ascii="微软雅黑" w:hAnsi="微软雅黑" w:eastAsia="微软雅黑"/>
          <w:color w:val="333333"/>
          <w:sz w:val="21"/>
        </w:rPr>
        <w:t xml:space="preserve">  七、每日/限时活动日历</w:t>
      </w:r>
    </w:p>
    <w:p>
      <w:pPr>
        <w:spacing w:after="40"/>
      </w:pPr>
      <w:r>
        <w:rPr>
          <w:rFonts w:ascii="微软雅黑" w:hAnsi="微软雅黑" w:eastAsia="微软雅黑"/>
          <w:color w:val="333333"/>
          <w:sz w:val="21"/>
        </w:rPr>
        <w:t xml:space="preserve">  八、装备怎么弄</w:t>
      </w:r>
    </w:p>
    <w:p>
      <w:pPr>
        <w:spacing w:after="40"/>
      </w:pPr>
      <w:r>
        <w:rPr>
          <w:rFonts w:ascii="微软雅黑" w:hAnsi="微软雅黑" w:eastAsia="微软雅黑"/>
          <w:color w:val="333333"/>
          <w:sz w:val="21"/>
        </w:rPr>
        <w:t xml:space="preserve">  九、宠物/坐骑/侍宠</w:t>
      </w:r>
    </w:p>
    <w:p>
      <w:pPr>
        <w:spacing w:after="40"/>
      </w:pPr>
      <w:r>
        <w:rPr>
          <w:rFonts w:ascii="微软雅黑" w:hAnsi="微软雅黑" w:eastAsia="微软雅黑"/>
          <w:color w:val="333333"/>
          <w:sz w:val="21"/>
        </w:rPr>
        <w:t xml:space="preserve">  十、生活技能</w:t>
      </w:r>
    </w:p>
    <w:p>
      <w:pPr>
        <w:spacing w:after="40"/>
      </w:pPr>
      <w:r>
        <w:rPr>
          <w:rFonts w:ascii="微软雅黑" w:hAnsi="微软雅黑" w:eastAsia="微软雅黑"/>
          <w:color w:val="333333"/>
          <w:sz w:val="21"/>
        </w:rPr>
        <w:t xml:space="preserve">  十一、仙玉怎么来、怎么花</w:t>
      </w:r>
    </w:p>
    <w:p>
      <w:pPr>
        <w:spacing w:after="40"/>
      </w:pPr>
      <w:r>
        <w:rPr>
          <w:rFonts w:ascii="微软雅黑" w:hAnsi="微软雅黑" w:eastAsia="微软雅黑"/>
          <w:color w:val="333333"/>
          <w:sz w:val="21"/>
        </w:rPr>
        <w:t xml:space="preserve">  十二、副本与活动奖励说明</w:t>
      </w:r>
    </w:p>
    <w:p>
      <w:pPr>
        <w:spacing w:after="40"/>
      </w:pPr>
      <w:r>
        <w:rPr>
          <w:rFonts w:ascii="微软雅黑" w:hAnsi="微软雅黑" w:eastAsia="微软雅黑"/>
          <w:color w:val="333333"/>
          <w:sz w:val="21"/>
        </w:rPr>
        <w:t xml:space="preserve">  十三、社交与门派</w:t>
      </w:r>
    </w:p>
    <w:p>
      <w:pPr>
        <w:spacing w:after="40"/>
      </w:pPr>
      <w:r>
        <w:rPr>
          <w:rFonts w:ascii="微软雅黑" w:hAnsi="微软雅黑" w:eastAsia="微软雅黑"/>
          <w:color w:val="333333"/>
          <w:sz w:val="21"/>
        </w:rPr>
        <w:t xml:space="preserve">  十四、服务器规则</w:t>
      </w:r>
    </w:p>
    <w:p>
      <w:pPr>
        <w:spacing w:after="40"/>
      </w:pPr>
      <w:r>
        <w:rPr>
          <w:rFonts w:ascii="微软雅黑" w:hAnsi="微软雅黑" w:eastAsia="微软雅黑"/>
          <w:color w:val="333333"/>
          <w:sz w:val="21"/>
        </w:rPr>
        <w:t xml:space="preserve">  十五、常见问题</w:t>
      </w:r>
    </w:p>
    <w:p>
      <w:pPr>
        <w:spacing w:after="40"/>
      </w:pPr>
      <w:r>
        <w:rPr>
          <w:rFonts w:ascii="微软雅黑" w:hAnsi="微软雅黑" w:eastAsia="微软雅黑"/>
          <w:color w:val="333333"/>
          <w:sz w:val="21"/>
        </w:rPr>
        <w:t xml:space="preserve">  十六、开服阶段计划</w:t>
      </w:r>
    </w:p>
    <w:p>
      <w:pPr>
        <w:spacing w:after="40"/>
      </w:pPr>
      <w:r>
        <w:rPr>
          <w:rFonts w:ascii="微软雅黑" w:hAnsi="微软雅黑" w:eastAsia="微软雅黑"/>
          <w:color w:val="333333"/>
          <w:sz w:val="21"/>
        </w:rPr>
        <w:t xml:space="preserve">  十七、给新玩家的 10 条建议</w:t>
      </w:r>
    </w:p>
    <w:p>
      <w:pPr>
        <w:spacing w:after="40"/>
      </w:pPr>
      <w:r>
        <w:rPr>
          <w:rFonts w:ascii="微软雅黑" w:hAnsi="微软雅黑" w:eastAsia="微软雅黑"/>
          <w:color w:val="333333"/>
          <w:sz w:val="21"/>
        </w:rPr>
        <w:t>第二部分  活动与奖励表</w:t>
      </w:r>
    </w:p>
    <w:p>
      <w:pPr>
        <w:spacing w:after="40"/>
      </w:pPr>
      <w:r>
        <w:rPr>
          <w:rFonts w:ascii="微软雅黑" w:hAnsi="微软雅黑" w:eastAsia="微软雅黑"/>
          <w:color w:val="333333"/>
          <w:sz w:val="21"/>
        </w:rPr>
        <w:t>第三部分  玩家养成指南（1 级→满级）</w:t>
      </w:r>
    </w:p>
    <w:p>
      <w:r>
        <w:br w:type="page"/>
      </w:r>
    </w:p>
    <w:p>
      <w:pPr>
        <w:pStyle w:val="Title"/>
      </w:pPr>
      <w:r>
        <w:rPr>
          <w:rFonts w:ascii="微软雅黑" w:hAnsi="微软雅黑" w:eastAsia="微软雅黑"/>
          <w:color w:val="1F3A5F"/>
          <w:sz w:val="40"/>
        </w:rPr>
        <w:t>公益寻仙 · 玩家手册</w:t>
      </w:r>
    </w:p>
    <w:p>
      <w:pPr>
        <w:ind w:left="283"/>
      </w:pPr>
      <w:r>
        <w:rPr>
          <w:rFonts w:ascii="微软雅黑" w:hAnsi="微软雅黑" w:eastAsia="微软雅黑"/>
          <w:i/>
          <w:color w:val="666666"/>
          <w:sz w:val="19"/>
        </w:rPr>
        <w:t>版本：2026-10-31（S1 开服版）</w:t>
      </w:r>
    </w:p>
    <w:p>
      <w:pPr>
        <w:ind w:left="283"/>
      </w:pPr>
      <w:r>
        <w:rPr>
          <w:rFonts w:ascii="微软雅黑" w:hAnsi="微软雅黑" w:eastAsia="微软雅黑"/>
          <w:i/>
          <w:color w:val="666666"/>
          <w:sz w:val="19"/>
        </w:rPr>
        <w:t>本服定位：</w:t>
      </w:r>
      <w:r>
        <w:rPr>
          <w:rFonts w:ascii="微软雅黑" w:hAnsi="微软雅黑" w:eastAsia="微软雅黑"/>
          <w:b/>
          <w:i/>
          <w:color w:val="666666"/>
          <w:sz w:val="19"/>
        </w:rPr>
        <w:t>长期慢养成公益服</w:t>
      </w:r>
      <w:r>
        <w:rPr>
          <w:rFonts w:ascii="微软雅黑" w:hAnsi="微软雅黑" w:eastAsia="微软雅黑"/>
          <w:i/>
          <w:color w:val="666666"/>
          <w:sz w:val="19"/>
        </w:rPr>
        <w:t>。不卖等级、不卖装备、不卖属性；所有东西靠时间、技术和社交获得。</w:t>
      </w:r>
    </w:p>
    <w:p>
      <w:r>
        <w:br w:type="page"/>
      </w:r>
    </w:p>
    <w:p>
      <w:pPr>
        <w:pStyle w:val="Heading1"/>
      </w:pPr>
      <w:r>
        <w:rPr>
          <w:rFonts w:ascii="微软雅黑" w:hAnsi="微软雅黑" w:eastAsia="微软雅黑"/>
          <w:color w:val="1F3A5F"/>
          <w:sz w:val="30"/>
        </w:rPr>
        <w:t>一、服务器信息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475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项目</w:t>
            </w:r>
          </w:p>
        </w:tc>
        <w:tc>
          <w:tcPr>
            <w:tcW w:type="dxa" w:w="475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内容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游戏地址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`103.236.71.195:3100`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注册页面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https://xx.cq176.vip/ （备用 http://103.236.71.195:8088/）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客户端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向服主索取「寻仙客户端安装包」，安装到 `C:\Xunxian`，双击桌面「寻仙」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当前阶段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S1：40 级上限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服务器类型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公益服，无充值、无商城充值、无赞助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交流群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以服主通知为准</w:t>
            </w:r>
          </w:p>
        </w:tc>
      </w:tr>
    </w:tbl>
    <w:p/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第一次进游戏</w:t>
      </w:r>
    </w:p>
    <w:p>
      <w:pPr>
        <w:pStyle w:val="ListNumber"/>
      </w:pPr>
      <w:r>
        <w:rPr>
          <w:rFonts w:ascii="微软雅黑" w:hAnsi="微软雅黑" w:eastAsia="微软雅黑"/>
          <w:sz w:val="21"/>
        </w:rPr>
        <w:t>打开注册页，注册账号（记住账号密码）。</w:t>
      </w:r>
    </w:p>
    <w:p>
      <w:pPr>
        <w:pStyle w:val="ListNumber"/>
      </w:pPr>
      <w:r>
        <w:rPr>
          <w:rFonts w:ascii="微软雅黑" w:hAnsi="微软雅黑" w:eastAsia="微软雅黑"/>
          <w:sz w:val="21"/>
        </w:rPr>
        <w:t>安装客户端到 `C:\Xunxian`（路径不要带中文）。</w:t>
      </w:r>
    </w:p>
    <w:p>
      <w:pPr>
        <w:pStyle w:val="ListNumber"/>
      </w:pPr>
      <w:r>
        <w:rPr>
          <w:rFonts w:ascii="微软雅黑" w:hAnsi="微软雅黑" w:eastAsia="微软雅黑"/>
          <w:sz w:val="21"/>
        </w:rPr>
        <w:t>双击桌面「寻仙」，或运行 `C:\Xunxian\XunxianClient\启动游戏.bat`。</w:t>
      </w:r>
    </w:p>
    <w:p>
      <w:pPr>
        <w:pStyle w:val="ListNumber"/>
      </w:pPr>
      <w:r>
        <w:rPr>
          <w:rFonts w:ascii="微软雅黑" w:hAnsi="微软雅黑" w:eastAsia="微软雅黑"/>
          <w:sz w:val="21"/>
        </w:rPr>
        <w:t>选择服务器 `103.236.71.195:3100`，输入账号密码登录。</w:t>
      </w:r>
    </w:p>
    <w:p>
      <w:pPr>
        <w:pStyle w:val="ListNumber"/>
      </w:pPr>
      <w:r>
        <w:rPr>
          <w:rFonts w:ascii="微软雅黑" w:hAnsi="微软雅黑" w:eastAsia="微软雅黑"/>
          <w:sz w:val="21"/>
        </w:rPr>
        <w:t>创建角色，选择职业，进入新手村。</w:t>
      </w:r>
    </w:p>
    <w:p>
      <w:pPr>
        <w:ind w:left="283"/>
      </w:pPr>
      <w:r>
        <w:rPr>
          <w:rFonts w:ascii="微软雅黑" w:hAnsi="微软雅黑" w:eastAsia="微软雅黑"/>
          <w:i/>
          <w:color w:val="666666"/>
          <w:sz w:val="19"/>
        </w:rPr>
        <w:t>如果登录器提示连接失败，先确认服务器是否在维护；维护会在群里通知。</w:t>
      </w:r>
    </w:p>
    <w:p>
      <w:r>
        <w:br w:type="page"/>
      </w:r>
    </w:p>
    <w:p>
      <w:pPr>
        <w:pStyle w:val="Heading1"/>
      </w:pPr>
      <w:r>
        <w:rPr>
          <w:rFonts w:ascii="微软雅黑" w:hAnsi="微软雅黑" w:eastAsia="微软雅黑"/>
          <w:color w:val="1F3A5F"/>
          <w:sz w:val="30"/>
        </w:rPr>
        <w:t>二、本服和其他服有什么不同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没有充值</w:t>
      </w:r>
      <w:r>
        <w:rPr>
          <w:rFonts w:ascii="微软雅黑" w:hAnsi="微软雅黑" w:eastAsia="微软雅黑"/>
          <w:sz w:val="21"/>
        </w:rPr>
        <w:t>：商城仙玉只能靠打怪/活动获得，不能花钱买。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仙玉可打怪获得</w:t>
      </w:r>
      <w:r>
        <w:rPr>
          <w:rFonts w:ascii="微软雅黑" w:hAnsi="微软雅黑" w:eastAsia="微软雅黑"/>
          <w:sz w:val="21"/>
        </w:rPr>
        <w:t>：普通小怪掉「新服仙玉返利券（50仙玉）」，右键使用加仙玉。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商城价格重排</w:t>
      </w:r>
      <w:r>
        <w:rPr>
          <w:rFonts w:ascii="微软雅黑" w:hAnsi="微软雅黑" w:eastAsia="微软雅黑"/>
          <w:sz w:val="21"/>
        </w:rPr>
        <w:t>：普通时装约 2–3 周，顶级养成约 3–4 个月；不再是“几十分钟买一件”。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等级阶段开放</w:t>
      </w:r>
      <w:r>
        <w:rPr>
          <w:rFonts w:ascii="微软雅黑" w:hAnsi="微软雅黑" w:eastAsia="微软雅黑"/>
          <w:sz w:val="21"/>
        </w:rPr>
        <w:t>：S1 只开 40 级，之后每 2 周–2 个月开下一段，避免一周打完。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不卖速成</w:t>
      </w:r>
      <w:r>
        <w:rPr>
          <w:rFonts w:ascii="微软雅黑" w:hAnsi="微软雅黑" w:eastAsia="微软雅黑"/>
          <w:sz w:val="21"/>
        </w:rPr>
        <w:t>：没有直升丹、没有成品装备礼包、没有金币直售的高阶装备——等级和装备只能自己打、自己做。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金币只做基础货币</w:t>
      </w:r>
      <w:r>
        <w:rPr>
          <w:rFonts w:ascii="微软雅黑" w:hAnsi="微软雅黑" w:eastAsia="微软雅黑"/>
          <w:sz w:val="21"/>
        </w:rPr>
        <w:t>：修装备、买药、传送、生活材料；不能买高阶装备。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仙玉券绑定</w:t>
      </w:r>
      <w:r>
        <w:rPr>
          <w:rFonts w:ascii="微软雅黑" w:hAnsi="微软雅黑" w:eastAsia="微软雅黑"/>
          <w:sz w:val="21"/>
        </w:rPr>
        <w:t>：不能交易、不能邮寄，防止线下交易。</w:t>
      </w:r>
    </w:p>
    <w:p>
      <w:r>
        <w:br w:type="page"/>
      </w:r>
    </w:p>
    <w:p>
      <w:pPr>
        <w:pStyle w:val="Heading1"/>
      </w:pPr>
      <w:r>
        <w:rPr>
          <w:rFonts w:ascii="微软雅黑" w:hAnsi="微软雅黑" w:eastAsia="微软雅黑"/>
          <w:color w:val="1F3A5F"/>
          <w:sz w:val="30"/>
        </w:rPr>
        <w:t>三、职业怎么选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本服共 10 个职业，分四大系：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379"/>
        <w:gridCol w:w="2379"/>
        <w:gridCol w:w="2379"/>
        <w:gridCol w:w="2379"/>
      </w:tblGrid>
      <w:tr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系</w:t>
            </w:r>
          </w:p>
        </w:tc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职业</w:t>
            </w:r>
          </w:p>
        </w:tc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定位</w:t>
            </w:r>
          </w:p>
        </w:tc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新手推荐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力士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金刚力士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高防坦克，组队抗怪，操作简单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★★★★★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力士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罗刹力士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近战输出/控制，血厚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★★★★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游侠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驭剑游侠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剑术物理输出，单体爆发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★★★★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游侠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奇门游侠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机关/远程物理，玩法多样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游侠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天罗游侠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陷阱/控制型物理输出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法师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控火法师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火系群体输出，刷怪快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★★★★★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法师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掌电法师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雷系爆发，单体强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★★★★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法师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乘风法师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风系机动，远程消耗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符咒师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天君符咒师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治疗/增益，组队核心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★★★★★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符咒师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幽冥符咒师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诅咒/减益/召唤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</w:t>
            </w:r>
          </w:p>
        </w:tc>
      </w:tr>
    </w:tbl>
    <w:p/>
    <w:p>
      <w:pPr>
        <w:spacing w:after="80"/>
      </w:pPr>
      <w:r>
        <w:rPr>
          <w:rFonts w:ascii="微软雅黑" w:hAnsi="微软雅黑" w:eastAsia="微软雅黑"/>
          <w:b/>
          <w:sz w:val="21"/>
        </w:rPr>
        <w:t>选择建议：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想轻松上手：金刚力士、天君符咒师、控火法师。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想组队吃香：天君符咒师、金刚力士。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想单刷快：控火法师、驭剑游侠。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想玩操作：奇门游侠、幽冥符咒师。</w:t>
      </w:r>
    </w:p>
    <w:p>
      <w:pPr>
        <w:ind w:left="283"/>
      </w:pPr>
      <w:r>
        <w:rPr>
          <w:rFonts w:ascii="微软雅黑" w:hAnsi="微软雅黑" w:eastAsia="微软雅黑"/>
          <w:i/>
          <w:color w:val="666666"/>
          <w:sz w:val="19"/>
        </w:rPr>
        <w:t>职业没有“废职业”，本服不卖转职，选喜欢的即可；后期主要看装备、宠物和操作。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&gt;</w:t>
      </w:r>
    </w:p>
    <w:p>
      <w:pPr>
        <w:ind w:left="283"/>
      </w:pPr>
      <w:r>
        <w:rPr>
          <w:rFonts w:ascii="微软雅黑" w:hAnsi="微软雅黑" w:eastAsia="微软雅黑"/>
          <w:i/>
          <w:color w:val="666666"/>
          <w:sz w:val="19"/>
        </w:rPr>
        <w:t>更详细的职业说明、1–99 级路线、装备/宠物/生活技能优先级，见 `玩家养成指南.md`（也收录在《公益寻仙玩家手册.docx》附录）。</w:t>
      </w:r>
    </w:p>
    <w:p>
      <w:r>
        <w:br w:type="page"/>
      </w:r>
    </w:p>
    <w:p>
      <w:pPr>
        <w:pStyle w:val="Heading1"/>
      </w:pPr>
      <w:r>
        <w:rPr>
          <w:rFonts w:ascii="微软雅黑" w:hAnsi="微软雅黑" w:eastAsia="微软雅黑"/>
          <w:color w:val="1F3A5F"/>
          <w:sz w:val="30"/>
        </w:rPr>
        <w:t>四、1–40 级新手路线（S1）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1–10 级：新手村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跟着</w:t>
      </w:r>
      <w:r>
        <w:rPr>
          <w:rFonts w:ascii="微软雅黑" w:hAnsi="微软雅黑" w:eastAsia="微软雅黑"/>
          <w:b/>
          <w:sz w:val="21"/>
        </w:rPr>
        <w:t>正传任务</w:t>
      </w:r>
      <w:r>
        <w:rPr>
          <w:rFonts w:ascii="微软雅黑" w:hAnsi="微软雅黑" w:eastAsia="微软雅黑"/>
          <w:sz w:val="21"/>
        </w:rPr>
        <w:t>走，不要跳过。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任务会送你初始武器、药、背包。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10 级左右会开启第一个技能和坐骑/宠物引导。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打怪掉落的白色/绿色装备直接穿，不用省。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10–20 级：宁海县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主线继续，支线顺手做。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加入一个门派（很重要，门派贡献能换很多东西）。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每天先做</w:t>
      </w:r>
      <w:r>
        <w:rPr>
          <w:rFonts w:ascii="微软雅黑" w:hAnsi="微软雅黑" w:eastAsia="微软雅黑"/>
          <w:b/>
          <w:sz w:val="21"/>
        </w:rPr>
        <w:t>门派跑环</w:t>
      </w:r>
      <w:r>
        <w:rPr>
          <w:rFonts w:ascii="微软雅黑" w:hAnsi="微软雅黑" w:eastAsia="微软雅黑"/>
          <w:sz w:val="21"/>
        </w:rPr>
        <w:t>，给经验和金币。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20 级后可以参加部分日常活动。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20–30 级：石塘县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主线 + 每日活动。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开始刷</w:t>
      </w:r>
      <w:r>
        <w:rPr>
          <w:rFonts w:ascii="微软雅黑" w:hAnsi="微软雅黑" w:eastAsia="微软雅黑"/>
          <w:b/>
          <w:sz w:val="21"/>
        </w:rPr>
        <w:t>猎苑</w:t>
      </w:r>
      <w:r>
        <w:rPr>
          <w:rFonts w:ascii="微软雅黑" w:hAnsi="微软雅黑" w:eastAsia="微软雅黑"/>
          <w:sz w:val="21"/>
        </w:rPr>
        <w:t>（12:15 / 20:00 / 21:15 各一场）。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装备开始看“品质”：白 &lt; 绿 &lt; 蓝 &lt; 紫 &lt; 橙。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不要花金币买 NPC 的高价装备，任务装够用。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30–40 级：京城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主线进入京城，开启更多副本和活动。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每天必做：门派跑环、猎苑、保卫粮仓、打地鼠。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40 级是 S1 上限，先把装备、技能、宠物补一补，等 S2 开放 60 级。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升级慢怎么办？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本服是慢养成服，1–40 级大约 1–2 周（每天 1–2 小时）。不要急，跟着任务走，日常做完就下线，等级自然会上去。</w:t>
      </w:r>
    </w:p>
    <w:p>
      <w:r>
        <w:br w:type="page"/>
      </w:r>
    </w:p>
    <w:p>
      <w:pPr>
        <w:pStyle w:val="Heading1"/>
      </w:pPr>
      <w:r>
        <w:rPr>
          <w:rFonts w:ascii="微软雅黑" w:hAnsi="微软雅黑" w:eastAsia="微软雅黑"/>
          <w:color w:val="1F3A5F"/>
          <w:sz w:val="30"/>
        </w:rPr>
        <w:t>五、每日必做（按优先级）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379"/>
        <w:gridCol w:w="2379"/>
        <w:gridCol w:w="2379"/>
        <w:gridCol w:w="2379"/>
      </w:tblGrid>
      <w:tr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优先级</w:t>
            </w:r>
          </w:p>
        </w:tc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内容</w:t>
            </w:r>
          </w:p>
        </w:tc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时间</w:t>
            </w:r>
          </w:p>
        </w:tc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说明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1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签到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每天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主界面签到，5/10/20 天有额外奖励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2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每日推荐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每天 6 档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活动日历「每日推荐」，给腰牌、提神丸、锦囊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3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门派跑环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全天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门派任务，给经验、金币、门派贡献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4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正传/主线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全天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解锁地图、副本、系统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5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猎苑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12:15–12:45、20:00–20:30、21:15–21:45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大量经验、金钱、材料、骑宠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6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保卫粮仓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11:00–11:20、20:15–20:35（41+）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经验、金钱、粮仓材料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7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打地鼠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12:00–13:00、22:00–23:00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经验、金钱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8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抢矿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19:30–20:00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矿石、材料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9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抢粮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周一/三/五/日 19:30–21:30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经验、粮草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10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抢滩登陆/对抗副本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10:30、13:00、19:00、21:30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功勋印记、声望、经验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11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孤岛寻宝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21:00–21:25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积分道具、强化宝石、经验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12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世界 BOSS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10:00、14:00、18:00、22:00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装备、材料、声望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13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斗神坛/骠骑战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20:20 开赛（约 21:20 结束）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声望、积分、材料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14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镇妖塔（三座）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京城 40+ / 茅山 60+ / 通天 80+，各每日 1 次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经验、材料、通关奖励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15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天魔幻境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80–99，每日 2 次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经验、材料、装备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16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仙玉 farming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任意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小怪每只必掉仙玉券（1–3 面额），世界BOSS 必掉 50/100/200</w:t>
            </w:r>
          </w:p>
        </w:tc>
      </w:tr>
    </w:tbl>
    <w:p/>
    <w:p>
      <w:pPr>
        <w:ind w:left="283"/>
      </w:pPr>
      <w:r>
        <w:rPr>
          <w:rFonts w:ascii="微软雅黑" w:hAnsi="微软雅黑" w:eastAsia="微软雅黑"/>
          <w:i/>
          <w:color w:val="666666"/>
          <w:sz w:val="19"/>
        </w:rPr>
        <w:t>完整活动时间、奖励和副本清单见 `玩家活动与奖励表.md`；时间以游戏内活动日历为准。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每日推荐路线（上班族 2 小时）</w:t>
      </w:r>
    </w:p>
    <w:p>
      <w:pPr>
        <w:pStyle w:val="ListNumber"/>
      </w:pPr>
      <w:r>
        <w:rPr>
          <w:rFonts w:ascii="微软雅黑" w:hAnsi="微软雅黑" w:eastAsia="微软雅黑"/>
          <w:sz w:val="21"/>
        </w:rPr>
        <w:t>19:30–20:00 京城/宁海/石塘抢矿。</w:t>
      </w:r>
    </w:p>
    <w:p>
      <w:pPr>
        <w:pStyle w:val="ListNumber"/>
      </w:pPr>
      <w:r>
        <w:rPr>
          <w:rFonts w:ascii="微软雅黑" w:hAnsi="微软雅黑" w:eastAsia="微软雅黑"/>
          <w:sz w:val="21"/>
        </w:rPr>
        <w:t>20:15–20:35 保卫粮仓（41+）。</w:t>
      </w:r>
    </w:p>
    <w:p>
      <w:pPr>
        <w:pStyle w:val="ListNumber"/>
      </w:pPr>
      <w:r>
        <w:rPr>
          <w:rFonts w:ascii="微软雅黑" w:hAnsi="微软雅黑" w:eastAsia="微软雅黑"/>
          <w:sz w:val="21"/>
        </w:rPr>
        <w:t>20:20–21:26 斗神坛/骠骑战（40+，卡点进）。</w:t>
      </w:r>
    </w:p>
    <w:p>
      <w:pPr>
        <w:pStyle w:val="ListNumber"/>
      </w:pPr>
      <w:r>
        <w:rPr>
          <w:rFonts w:ascii="微软雅黑" w:hAnsi="微软雅黑" w:eastAsia="微软雅黑"/>
          <w:sz w:val="21"/>
        </w:rPr>
        <w:t>20:50–21:00 定时答题（答题时人物不能移动，先找安全点）。</w:t>
      </w:r>
    </w:p>
    <w:p>
      <w:pPr>
        <w:pStyle w:val="ListNumber"/>
      </w:pPr>
      <w:r>
        <w:rPr>
          <w:rFonts w:ascii="微软雅黑" w:hAnsi="微软雅黑" w:eastAsia="微软雅黑"/>
          <w:sz w:val="21"/>
        </w:rPr>
        <w:t>21:00–21:25 孤岛寻宝（15+）。</w:t>
      </w:r>
    </w:p>
    <w:p>
      <w:pPr>
        <w:pStyle w:val="ListNumber"/>
      </w:pPr>
      <w:r>
        <w:rPr>
          <w:rFonts w:ascii="微软雅黑" w:hAnsi="微软雅黑" w:eastAsia="微软雅黑"/>
          <w:sz w:val="21"/>
        </w:rPr>
        <w:t>22:00–23:00 打地鼠。</w:t>
      </w:r>
    </w:p>
    <w:p>
      <w:pPr>
        <w:pStyle w:val="ListNumber"/>
      </w:pPr>
      <w:r>
        <w:rPr>
          <w:rFonts w:ascii="微软雅黑" w:hAnsi="微软雅黑" w:eastAsia="微软雅黑"/>
          <w:sz w:val="21"/>
        </w:rPr>
        <w:t>空档：签到 → 每日推荐 6 档 → 门派跑环 → 镇妖塔（京城 40+ / 茅山 60+ / 通天 80+，各 1 次）→ 天劫路。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每日推荐路线（全天在线）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10:00 世界BOSS → 10:30 抢滩登陆 → 11:00 保卫粮仓 → 11:25 孤岛寻宝 → 12:00 打地鼠 → 12:15 猎苑 → 13:00 对抗副本 → 13:30 门派摇钱树 → 15:00 门派采集 → 17:30 快乐家园 → 19:00 抢滩登陆 → 19:30 抢粮（一/三/五/日）或抢矿 → 20:15 保卫粮仓 → 20:20 斗神坛 → 20:50 答题 → 21:00 孤岛 → 21:15 猎苑 → 22:00 打地鼠 → 22:00 世界BOSS。通天河海巨人/狼人王随刷随打。</w:t>
      </w:r>
    </w:p>
    <w:p>
      <w:r>
        <w:br w:type="page"/>
      </w:r>
    </w:p>
    <w:p>
      <w:pPr>
        <w:pStyle w:val="Heading1"/>
      </w:pPr>
      <w:r>
        <w:rPr>
          <w:rFonts w:ascii="微软雅黑" w:hAnsi="微软雅黑" w:eastAsia="微软雅黑"/>
          <w:color w:val="1F3A5F"/>
          <w:sz w:val="30"/>
        </w:rPr>
        <w:t>六、每周必做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173"/>
        <w:gridCol w:w="3173"/>
        <w:gridCol w:w="3173"/>
      </w:tblGrid>
      <w:tr>
        <w:tc>
          <w:tcPr>
            <w:tcW w:type="dxa" w:w="3173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内容</w:t>
            </w:r>
          </w:p>
        </w:tc>
        <w:tc>
          <w:tcPr>
            <w:tcW w:type="dxa" w:w="3173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时间</w:t>
            </w:r>
          </w:p>
        </w:tc>
        <w:tc>
          <w:tcPr>
            <w:tcW w:type="dxa" w:w="3173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说明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门派战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周一–周三报名/宣战；周四–周六 18:00 提醒、20:30–22:30 备战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门派贡献、资源、排名奖励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仙魔战场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周五/周六/周日 19:45 匹配（90+）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战场声望、赛季积分、材料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斗神坛/骠骑战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每天 20:20 开赛，约 21:20 结束；周一至周四为正式比赛日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排名奖励、称号、经验+金钱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封神榜战场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周六/周日 14:00、14:30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战场积分、经验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周末战场·枫霜林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周六/周日 15:00–16:50（4 场）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战场奖励、经验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世界 BOSS·霸下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周一/周三/周六 19:00–23:55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高级装备/材料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跨区争夺战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周一/周日 21:05–21:10（80+）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经验、声望、跨区奖励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争夺龙珠草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周六 20:00–22:00（50+，PVP）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龙珠草（可交易，用于火云神龙）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门派采集·皇家猎苑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每天 15:00–20:59、21:00–21:59、22:00–23:00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采集材料、门派贡献</w:t>
            </w:r>
          </w:p>
        </w:tc>
      </w:tr>
    </w:tbl>
    <w:p/>
    <w:p>
      <w:pPr>
        <w:ind w:left="283"/>
      </w:pPr>
      <w:r>
        <w:rPr>
          <w:rFonts w:ascii="微软雅黑" w:hAnsi="微软雅黑" w:eastAsia="微软雅黑"/>
          <w:i/>
          <w:color w:val="666666"/>
          <w:sz w:val="19"/>
        </w:rPr>
        <w:t>周常不需要全做，选 2–3 个固定队友一起打即可。</w:t>
      </w:r>
    </w:p>
    <w:p>
      <w:r>
        <w:br w:type="page"/>
      </w:r>
    </w:p>
    <w:p>
      <w:pPr>
        <w:pStyle w:val="Heading1"/>
      </w:pPr>
      <w:r>
        <w:rPr>
          <w:rFonts w:ascii="微软雅黑" w:hAnsi="微软雅黑" w:eastAsia="微软雅黑"/>
          <w:color w:val="1F3A5F"/>
          <w:sz w:val="30"/>
        </w:rPr>
        <w:t>七、每日/限时活动日历（重点）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379"/>
        <w:gridCol w:w="2379"/>
        <w:gridCol w:w="2379"/>
        <w:gridCol w:w="2379"/>
      </w:tblGrid>
      <w:tr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时间</w:t>
            </w:r>
          </w:p>
        </w:tc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活动</w:t>
            </w:r>
          </w:p>
        </w:tc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地图/入口</w:t>
            </w:r>
          </w:p>
        </w:tc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主要奖励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06:00–08:00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通天河海巨人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通天河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经验、材料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09:00–11:00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通天河海巨人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通天河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经验、材料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10:00–10:30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世界 BOSS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东山岛等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装备、材料、声望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10:30–11:00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抢滩登陆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对抗副本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功勋印记、声望、经验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10:30 / 13:30 / 16:30 / 19:30 / 21:30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秘境旅人刷新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各主城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兑换材料、外观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11:00–11:20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保卫粮仓（第一场，41+）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粮仓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经验、金钱、材料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11:25–11:50 / 21:00–21:25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孤岛寻宝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藏宝孤岛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积分道具、强化宝石、经验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12:00–13:00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打地鼠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活动地图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经验、金钱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12:15–12:45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猎苑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宁海/石塘/京城/茅山/五岳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经验、金钱、材料、骑宠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12:00–14:00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通天河海巨人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通天河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经验、材料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13:00–13:30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对抗活动副本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对抗副本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功勋印记、声望、神宠宝箱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13:30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门派摇钱树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门派地图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经验、门派资金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14:00–14:30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世界 BOSS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东山岛等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装备、材料、声望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周末以游戏内日历为准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周末双倍经验（如有）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全地图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 ×2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17:30–17:45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快乐家园种树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家园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经验、材料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18:00–18:30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世界 BOSS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东山岛等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装备、材料、声望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19:00–19:30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抢滩登陆（晚场）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对抗副本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功勋印记、声望、经验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19:00–20:00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云游四海寻仙缘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活动地图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经验、材料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19:30–20:00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抢矿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京城/宁海/石塘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矿石、材料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19:30–20:30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怪物攻城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各主城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经验、材料、声望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19:30–21:30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抢粮（周一/三/五/日）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宁海/石塘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粮草、经验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20:00–20:30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猎苑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各主城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经验、金钱、材料、骑宠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20:00–21:00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仙友会大战妖王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活动地图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材料、声望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20:15–20:35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保卫粮仓（第二场，41+）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粮仓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经验、金钱、材料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20:20 开赛（约 21:20 结束）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斗神坛/骠骑战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活动地图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声望、积分、材料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20:30–21:00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东山岛 PVP BOSS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东山岛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经验、掉落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20:50–21:00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定时答题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活动地图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经验、金钱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21:15–21:45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猎苑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各主城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经验、金钱、材料、骑宠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22:00–23:00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打地鼠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活动地图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经验、金钱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22:00–23:59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世界 BOSS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东山岛等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装备、材料、声望</w:t>
            </w:r>
          </w:p>
        </w:tc>
      </w:tr>
    </w:tbl>
    <w:p/>
    <w:p>
      <w:pPr>
        <w:ind w:left="283"/>
      </w:pPr>
      <w:r>
        <w:rPr>
          <w:rFonts w:ascii="微软雅黑" w:hAnsi="微软雅黑" w:eastAsia="微软雅黑"/>
          <w:i/>
          <w:color w:val="666666"/>
          <w:sz w:val="19"/>
        </w:rPr>
        <w:t>这只是主要活动；游戏内还有节日活动、签到、门派活动等。</w:t>
      </w:r>
      <w:r>
        <w:rPr>
          <w:rFonts w:ascii="微软雅黑" w:hAnsi="微软雅黑" w:eastAsia="微软雅黑"/>
          <w:b/>
          <w:i/>
          <w:color w:val="666666"/>
          <w:sz w:val="19"/>
        </w:rPr>
        <w:t>在线奖励本服未开放</w:t>
      </w:r>
      <w:r>
        <w:rPr>
          <w:rFonts w:ascii="微软雅黑" w:hAnsi="微软雅黑" w:eastAsia="微软雅黑"/>
          <w:i/>
          <w:color w:val="666666"/>
          <w:sz w:val="19"/>
        </w:rPr>
        <w:t>。所有时间以游戏内“活动日历”为准。</w:t>
      </w:r>
    </w:p>
    <w:p>
      <w:r>
        <w:br w:type="page"/>
      </w:r>
    </w:p>
    <w:p>
      <w:pPr>
        <w:pStyle w:val="Heading1"/>
      </w:pPr>
      <w:r>
        <w:rPr>
          <w:rFonts w:ascii="微软雅黑" w:hAnsi="微软雅黑" w:eastAsia="微软雅黑"/>
          <w:color w:val="1F3A5F"/>
          <w:sz w:val="30"/>
        </w:rPr>
        <w:t>八、装备怎么弄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装备品质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白（凡品）&lt; 绿（良品）&lt; 蓝（精品）&lt; 紫（神品）&lt; 橙（神品高级）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装备来源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任务装</w:t>
      </w:r>
      <w:r>
        <w:rPr>
          <w:rFonts w:ascii="微软雅黑" w:hAnsi="微软雅黑" w:eastAsia="微软雅黑"/>
          <w:sz w:val="21"/>
        </w:rPr>
        <w:t>：主线/支线给，够用到 40 级。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副本装</w:t>
      </w:r>
      <w:r>
        <w:rPr>
          <w:rFonts w:ascii="微软雅黑" w:hAnsi="微软雅黑" w:eastAsia="微软雅黑"/>
          <w:sz w:val="21"/>
        </w:rPr>
        <w:t>：副本 BOSS 掉，属性比任务装好。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打造装</w:t>
      </w:r>
      <w:r>
        <w:rPr>
          <w:rFonts w:ascii="微软雅黑" w:hAnsi="微软雅黑" w:eastAsia="微软雅黑"/>
          <w:sz w:val="21"/>
        </w:rPr>
        <w:t>：生活技能（铁匠/裁缝等）制作。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声望/门派装</w:t>
      </w:r>
      <w:r>
        <w:rPr>
          <w:rFonts w:ascii="微软雅黑" w:hAnsi="微软雅黑" w:eastAsia="微软雅黑"/>
          <w:sz w:val="21"/>
        </w:rPr>
        <w:t>：门派贡献、声望兑换。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商城外观</w:t>
      </w:r>
      <w:r>
        <w:rPr>
          <w:rFonts w:ascii="微软雅黑" w:hAnsi="微软雅黑" w:eastAsia="微软雅黑"/>
          <w:sz w:val="21"/>
        </w:rPr>
        <w:t>：时装本身是外观，但可以附魔/镶嵌卦象，后期也会带属性；本服不出售成品战力装备。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强化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武器/防具可以强化，消耗强化石/金币。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前期 +3 就够用，不要盲目冲 +10。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强化失败不会掉级、不会碎装（以游戏内规则为准），可以放心冲，但材料要慢慢攒。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镶嵌/宝石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装备有孔，可以镶嵌宝石。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宝石主要来自副本、活动、生活技能。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本服宝石材料可以在仙玉商城买，但价格是长期价，不要急。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法宝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法宝是重要战力系统，升级需要材料。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法宝任务/副本会给，不要花高价买 NPC 的“测试法宝”（已清理）。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时装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时装本身是外观，但可以附魔、镶嵌卦象，后期会带属性。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本服时装价格按长期价，普通时装约 2–3 周可买一件。</w:t>
      </w:r>
    </w:p>
    <w:p>
      <w:r>
        <w:br w:type="page"/>
      </w:r>
    </w:p>
    <w:p>
      <w:pPr>
        <w:pStyle w:val="Heading1"/>
      </w:pPr>
      <w:r>
        <w:rPr>
          <w:rFonts w:ascii="微软雅黑" w:hAnsi="微软雅黑" w:eastAsia="微软雅黑"/>
          <w:color w:val="1F3A5F"/>
          <w:sz w:val="30"/>
        </w:rPr>
        <w:t>九、宠物/坐骑/侍宠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侍宠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侍宠是战斗宠物，能学技能、加属性。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来源：任务、副本、宠物蛋、活动。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培养：升级、洗点、学技能、合体。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每天记得做一次宠物修行</w:t>
      </w:r>
      <w:r>
        <w:rPr>
          <w:rFonts w:ascii="微软雅黑" w:hAnsi="微软雅黑" w:eastAsia="微软雅黑"/>
          <w:sz w:val="21"/>
        </w:rPr>
        <w:t>，免费加成长，积少成多。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不要盲目追求“四维全满”，慢慢来。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骑宠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骑宠是坐骑+战斗宠物，能骑乘、学骑宠技能。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来源：任务、副本、活动、商城（外观坐骑）。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普通坐骑速度 150，水陆两用；顶级坐骑主要是外观。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仙兽血脉</w:t>
      </w:r>
      <w:r>
        <w:rPr>
          <w:rFonts w:ascii="微软雅黑" w:hAnsi="微软雅黑" w:eastAsia="微软雅黑"/>
          <w:sz w:val="21"/>
        </w:rPr>
        <w:t>是把特定骑宠四维提升到 4 的顶级道具，本服价格 45,000 仙玉（约 3–4 个月目标），不要急。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宠物蛋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宠物蛋可以孵化出侍宠/骑宠。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蛋的品质看脸，不要大量氪金式购买；本服没有充值。</w:t>
      </w:r>
    </w:p>
    <w:p>
      <w:r>
        <w:br w:type="page"/>
      </w:r>
    </w:p>
    <w:p>
      <w:pPr>
        <w:pStyle w:val="Heading1"/>
      </w:pPr>
      <w:r>
        <w:rPr>
          <w:rFonts w:ascii="微软雅黑" w:hAnsi="微软雅黑" w:eastAsia="微软雅黑"/>
          <w:color w:val="1F3A5F"/>
          <w:sz w:val="30"/>
        </w:rPr>
        <w:t>十、生活技能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475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技能</w:t>
            </w:r>
          </w:p>
        </w:tc>
        <w:tc>
          <w:tcPr>
            <w:tcW w:type="dxa" w:w="475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作用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铁匠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打造武器/防具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木匠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打造木制装备/家具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裁缝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打造布甲/皮甲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首饰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打造项链/戒指/饰品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制药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制作红蓝药、增益药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烹饪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制作食物 buff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采集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采药/采矿/伐木/剥皮</w:t>
            </w:r>
          </w:p>
        </w:tc>
      </w:tr>
    </w:tbl>
    <w:p/>
    <w:p>
      <w:pPr>
        <w:pStyle w:val="ListBullet"/>
      </w:pPr>
      <w:r>
        <w:rPr>
          <w:rFonts w:ascii="微软雅黑" w:hAnsi="微软雅黑" w:eastAsia="微软雅黑"/>
          <w:sz w:val="21"/>
        </w:rPr>
        <w:t>生活技能每天做一点，长期收益很高。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前期先学 1 个采集 + 1 个制作，保证自给。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生产材料可以卖金币，是稳定的金币来源。</w:t>
      </w:r>
    </w:p>
    <w:p>
      <w:r>
        <w:br w:type="page"/>
      </w:r>
    </w:p>
    <w:p>
      <w:pPr>
        <w:pStyle w:val="Heading1"/>
      </w:pPr>
      <w:r>
        <w:rPr>
          <w:rFonts w:ascii="微软雅黑" w:hAnsi="微软雅黑" w:eastAsia="微软雅黑"/>
          <w:color w:val="1F3A5F"/>
          <w:sz w:val="30"/>
        </w:rPr>
        <w:t>十一、仙玉怎么来、怎么花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11.1 仙玉来源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本服仙玉</w:t>
      </w:r>
      <w:r>
        <w:rPr>
          <w:rFonts w:ascii="微软雅黑" w:hAnsi="微软雅黑" w:eastAsia="微软雅黑"/>
          <w:b/>
          <w:sz w:val="21"/>
        </w:rPr>
        <w:t>只能靠游戏内行为获得</w:t>
      </w:r>
      <w:r>
        <w:rPr>
          <w:rFonts w:ascii="微软雅黑" w:hAnsi="微软雅黑" w:eastAsia="微软雅黑"/>
          <w:sz w:val="21"/>
        </w:rPr>
        <w:t>，没有充值：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小怪必掉</w:t>
      </w:r>
      <w:r>
        <w:rPr>
          <w:rFonts w:ascii="微软雅黑" w:hAnsi="微软雅黑" w:eastAsia="微软雅黑"/>
          <w:sz w:val="21"/>
        </w:rPr>
        <w:t>：打普通小怪</w:t>
      </w:r>
      <w:r>
        <w:rPr>
          <w:rFonts w:ascii="微软雅黑" w:hAnsi="微软雅黑" w:eastAsia="微软雅黑"/>
          <w:b/>
          <w:sz w:val="21"/>
        </w:rPr>
        <w:t>每只都掉 1 张仙玉券</w:t>
      </w:r>
      <w:r>
        <w:rPr>
          <w:rFonts w:ascii="微软雅黑" w:hAnsi="微软雅黑" w:eastAsia="微软雅黑"/>
          <w:sz w:val="21"/>
        </w:rPr>
        <w:t>，按等级给不同面额（见下表）。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世界BOSS</w:t>
      </w:r>
      <w:r>
        <w:rPr>
          <w:rFonts w:ascii="微软雅黑" w:hAnsi="微软雅黑" w:eastAsia="微软雅黑"/>
          <w:sz w:val="21"/>
        </w:rPr>
        <w:t>：金睛鹫掉 `仙玉.50`，霸下掉 `仙玉.100`，霸下幻象掉 `仙玉.200`，都是 100% 必掉。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活动/签到</w:t>
      </w:r>
      <w:r>
        <w:rPr>
          <w:rFonts w:ascii="微软雅黑" w:hAnsi="微软雅黑" w:eastAsia="微软雅黑"/>
          <w:sz w:val="21"/>
        </w:rPr>
        <w:t>：部分活动给仙玉券。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11.2 掉率与面额</w:t>
      </w:r>
    </w:p>
    <w:p>
      <w:pPr>
        <w:spacing w:after="80"/>
      </w:pPr>
      <w:r>
        <w:rPr>
          <w:rFonts w:ascii="微软雅黑" w:hAnsi="微软雅黑" w:eastAsia="微软雅黑"/>
          <w:b/>
          <w:sz w:val="21"/>
        </w:rPr>
        <w:t>仙玉没有每日上限</w:t>
      </w:r>
      <w:r>
        <w:rPr>
          <w:rFonts w:ascii="微软雅黑" w:hAnsi="微软雅黑" w:eastAsia="微软雅黑"/>
          <w:sz w:val="21"/>
        </w:rPr>
        <w:t xml:space="preserve">，打多少得多少，只受单账号余额上限 </w:t>
      </w:r>
      <w:r>
        <w:rPr>
          <w:rFonts w:ascii="微软雅黑" w:hAnsi="微软雅黑" w:eastAsia="微软雅黑"/>
          <w:b/>
          <w:sz w:val="21"/>
        </w:rPr>
        <w:t>999,999</w:t>
      </w:r>
      <w:r>
        <w:rPr>
          <w:rFonts w:ascii="微软雅黑" w:hAnsi="微软雅黑" w:eastAsia="微软雅黑"/>
          <w:sz w:val="21"/>
        </w:rPr>
        <w:t xml:space="preserve"> 限制。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379"/>
        <w:gridCol w:w="2379"/>
        <w:gridCol w:w="2379"/>
        <w:gridCol w:w="2379"/>
      </w:tblGrid>
      <w:tr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怪物等级</w:t>
            </w:r>
          </w:p>
        </w:tc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必掉</w:t>
            </w:r>
          </w:p>
        </w:tc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额外掉落（有空位时）</w:t>
            </w:r>
          </w:p>
        </w:tc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平均仙玉/只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1–39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仙玉.1 ×1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10% 仙玉.2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1.2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40–69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仙玉.2 ×1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15% 仙玉.3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2.0–2.45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70–100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仙玉.3 ×1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20% 仙玉.5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3.0–4.0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世界BOSS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金睛鹫 仙玉.50 / 霸下 仙玉.100 / 霸下幻象 仙玉.200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50–200</w:t>
            </w:r>
          </w:p>
        </w:tc>
      </w:tr>
    </w:tbl>
    <w:p/>
    <w:p>
      <w:pPr>
        <w:pStyle w:val="ListBullet"/>
      </w:pPr>
      <w:r>
        <w:rPr>
          <w:rFonts w:ascii="微软雅黑" w:hAnsi="微软雅黑" w:eastAsia="微软雅黑"/>
          <w:sz w:val="21"/>
        </w:rPr>
        <w:t>打怪</w:t>
      </w:r>
      <w:r>
        <w:rPr>
          <w:rFonts w:ascii="微软雅黑" w:hAnsi="微软雅黑" w:eastAsia="微软雅黑"/>
          <w:b/>
          <w:sz w:val="21"/>
        </w:rPr>
        <w:t>每只都有东西掉</w:t>
      </w:r>
      <w:r>
        <w:rPr>
          <w:rFonts w:ascii="微软雅黑" w:hAnsi="微软雅黑" w:eastAsia="微软雅黑"/>
          <w:sz w:val="21"/>
        </w:rPr>
        <w:t>，不会出现“刷半天什么都没有”的空窗。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面额从 `仙玉.1` 到 `仙玉.200`，包里有几叠就是几张，攒够右键点掉即可。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仙玉券</w:t>
      </w:r>
      <w:r>
        <w:rPr>
          <w:rFonts w:ascii="微软雅黑" w:hAnsi="微软雅黑" w:eastAsia="微软雅黑"/>
          <w:b/>
          <w:sz w:val="21"/>
        </w:rPr>
        <w:t>绑定、不可交易</w:t>
      </w:r>
      <w:r>
        <w:rPr>
          <w:rFonts w:ascii="微软雅黑" w:hAnsi="微软雅黑" w:eastAsia="微软雅黑"/>
          <w:sz w:val="21"/>
        </w:rPr>
        <w:t>，防止线下交易。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世界BOSS 的 50/100/200 券不占任何上限，看到世界BOSS 公告就去抢。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11.3 商城买什么最划算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379"/>
        <w:gridCol w:w="2379"/>
        <w:gridCol w:w="2379"/>
        <w:gridCol w:w="2379"/>
      </w:tblGrid>
      <w:tr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优先级</w:t>
            </w:r>
          </w:p>
        </w:tc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商品</w:t>
            </w:r>
          </w:p>
        </w:tc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价格（仙玉）</w:t>
            </w:r>
          </w:p>
        </w:tc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说明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1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背包/包裹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9,000（36 格）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一次买，永久用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2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普通时装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3,000–6,000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外观为主，可附魔/卦象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3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普通坐骑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6,000–9,000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速度 150，水陆两用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4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 buff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480–600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练级期买，满级后不重要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5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强化/宝石材料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300–2,700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按需买，不要囤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6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顶级外观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30,000–45,000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长期目标，不要急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7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仙兽血脉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45,000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满级后长期目标</w:t>
            </w:r>
          </w:p>
        </w:tc>
      </w:tr>
    </w:tbl>
    <w:p/>
    <w:p>
      <w:pPr>
        <w:ind w:left="283"/>
      </w:pPr>
      <w:r>
        <w:rPr>
          <w:rFonts w:ascii="微软雅黑" w:hAnsi="微软雅黑" w:eastAsia="微软雅黑"/>
          <w:i/>
          <w:color w:val="666666"/>
          <w:sz w:val="19"/>
        </w:rPr>
        <w:t>完整价格表见游戏内商城；本服价格已按“1 小时≈200 仙玉”重排，普通时装约 2–3 周，顶级养成约 3–4 个月。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11.4 新手最容易踩的坑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金币别砸在 NPC 成品装备上</w:t>
      </w:r>
      <w:r>
        <w:rPr>
          <w:rFonts w:ascii="微软雅黑" w:hAnsi="微软雅黑" w:eastAsia="微软雅黑"/>
          <w:sz w:val="21"/>
        </w:rPr>
        <w:t>：NPC 只卖基础补给，同等级装备副本会掉、生活技能能做，金币优先留给技能书、修理、生活技能和坐骑。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低等级别急着吃高级经验丹/多倍经验</w:t>
      </w:r>
      <w:r>
        <w:rPr>
          <w:rFonts w:ascii="微软雅黑" w:hAnsi="微软雅黑" w:eastAsia="微软雅黑"/>
          <w:sz w:val="21"/>
        </w:rPr>
        <w:t>：本服按阶段开等级，S1 上限 40 级，吃早了收益很低，留到 60 级以后更划算。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别一上来就冲强化</w:t>
      </w:r>
      <w:r>
        <w:rPr>
          <w:rFonts w:ascii="微软雅黑" w:hAnsi="微软雅黑" w:eastAsia="微软雅黑"/>
          <w:sz w:val="21"/>
        </w:rPr>
        <w:t>：+3 够用，强化材料前期很贵，攒到 60 级以后的装备再用。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别在拍卖行追高</w:t>
      </w:r>
      <w:r>
        <w:rPr>
          <w:rFonts w:ascii="微软雅黑" w:hAnsi="微软雅黑" w:eastAsia="微软雅黑"/>
          <w:sz w:val="21"/>
        </w:rPr>
        <w:t>：新服物价波动大，同样的东西隔天可能便宜一半，急用再买。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别线下买仙玉、账号、代练、代充</w:t>
      </w:r>
      <w:r>
        <w:rPr>
          <w:rFonts w:ascii="微软雅黑" w:hAnsi="微软雅黑" w:eastAsia="微软雅黑"/>
          <w:sz w:val="21"/>
        </w:rPr>
        <w:t>：本服没有充值，仙玉券绑定不可交易，线下交易基本都是骗局，发现即封号。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别共享账号、别点陌生链接</w:t>
      </w:r>
      <w:r>
        <w:rPr>
          <w:rFonts w:ascii="微软雅黑" w:hAnsi="微软雅黑" w:eastAsia="微软雅黑"/>
          <w:sz w:val="21"/>
        </w:rPr>
        <w:t>：被盗自负，服主不受理找回。</w:t>
      </w:r>
    </w:p>
    <w:p>
      <w:r>
        <w:br w:type="page"/>
      </w:r>
    </w:p>
    <w:p>
      <w:pPr>
        <w:pStyle w:val="Heading1"/>
      </w:pPr>
      <w:r>
        <w:rPr>
          <w:rFonts w:ascii="微软雅黑" w:hAnsi="微软雅黑" w:eastAsia="微软雅黑"/>
          <w:color w:val="1F3A5F"/>
          <w:sz w:val="30"/>
        </w:rPr>
        <w:t>十二、副本与活动奖励说明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副本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副本按等级开放，入口在各地图副本 NPC 或活动日历。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副本 BOSS 掉装备、材料、经验。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每天/每周有副本次数限制，具体看副本界面。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推荐组队：1 坦克 + 1 治疗 + 3 输出。</w:t>
      </w:r>
    </w:p>
    <w:p>
      <w:pPr>
        <w:spacing w:after="80"/>
      </w:pPr>
      <w:r>
        <w:rPr>
          <w:rFonts w:ascii="微软雅黑" w:hAnsi="微软雅黑" w:eastAsia="微软雅黑"/>
          <w:b/>
          <w:sz w:val="21"/>
        </w:rPr>
        <w:t>两座每日必刷的塔：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379"/>
        <w:gridCol w:w="2379"/>
        <w:gridCol w:w="2379"/>
        <w:gridCol w:w="2379"/>
      </w:tblGrid>
      <w:tr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玩法</w:t>
            </w:r>
          </w:p>
        </w:tc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等级</w:t>
            </w:r>
          </w:p>
        </w:tc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次数</w:t>
            </w:r>
          </w:p>
        </w:tc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奖励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镇妖塔·京城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40+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每日 1 次（18 层，单人/双人）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经验、材料、通关奖励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镇妖塔·茅山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60+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每日 1 次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经验、材料、通关奖励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通天塔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80+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每日 1 次（最多 5 人）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经验、材料、通关奖励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天魔幻境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80–99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每日 2 次（约 10 分钟）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经验、装备、材料</w:t>
            </w:r>
          </w:p>
        </w:tc>
      </w:tr>
    </w:tbl>
    <w:p/>
    <w:p>
      <w:pPr>
        <w:ind w:left="283"/>
      </w:pPr>
      <w:r>
        <w:rPr>
          <w:rFonts w:ascii="微软雅黑" w:hAnsi="微软雅黑" w:eastAsia="微软雅黑"/>
          <w:i/>
          <w:color w:val="666666"/>
          <w:sz w:val="19"/>
        </w:rPr>
        <w:t>完整副本清单（按建议等级、通关金钱、神运加成）见 `玩家活动与奖励表.md` 第四章。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活动奖励类型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475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奖励类型</w:t>
            </w:r>
          </w:p>
        </w:tc>
        <w:tc>
          <w:tcPr>
            <w:tcW w:type="dxa" w:w="475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用途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升级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金币/绑定金币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修理、药、传送、NPC 购物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仙玉券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商城买外观/材料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装备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提升战力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材料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强化、打造、宝石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声望/门派贡献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兑换门派/声望装备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称号/外观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收藏、社交</w:t>
            </w:r>
          </w:p>
        </w:tc>
      </w:tr>
    </w:tbl>
    <w:p/>
    <w:p>
      <w:pPr>
        <w:ind w:left="283"/>
      </w:pPr>
      <w:r>
        <w:rPr>
          <w:rFonts w:ascii="微软雅黑" w:hAnsi="微软雅黑" w:eastAsia="微软雅黑"/>
          <w:i/>
          <w:color w:val="666666"/>
          <w:sz w:val="19"/>
        </w:rPr>
        <w:t>具体数值以游戏内掉落/活动界面为准；本服不会出售任何“直接给战力”的礼包。</w:t>
      </w:r>
    </w:p>
    <w:p>
      <w:r>
        <w:br w:type="page"/>
      </w:r>
    </w:p>
    <w:p>
      <w:pPr>
        <w:pStyle w:val="Heading1"/>
      </w:pPr>
      <w:r>
        <w:rPr>
          <w:rFonts w:ascii="微软雅黑" w:hAnsi="微软雅黑" w:eastAsia="微软雅黑"/>
          <w:color w:val="1F3A5F"/>
          <w:sz w:val="30"/>
        </w:rPr>
        <w:t>十三、社交与门派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加入门派</w:t>
      </w:r>
      <w:r>
        <w:rPr>
          <w:rFonts w:ascii="微软雅黑" w:hAnsi="微软雅黑" w:eastAsia="微软雅黑"/>
          <w:sz w:val="21"/>
        </w:rPr>
        <w:t>：越早越好，门派任务、门派战、门派商店都靠贡献。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组队</w:t>
      </w:r>
      <w:r>
        <w:rPr>
          <w:rFonts w:ascii="微软雅黑" w:hAnsi="微软雅黑" w:eastAsia="微软雅黑"/>
          <w:sz w:val="21"/>
        </w:rPr>
        <w:t>：猎苑、副本、世界 BOSS 都建议组队。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好友</w:t>
      </w:r>
      <w:r>
        <w:rPr>
          <w:rFonts w:ascii="微软雅黑" w:hAnsi="微软雅黑" w:eastAsia="微软雅黑"/>
          <w:sz w:val="21"/>
        </w:rPr>
        <w:t>：加好友可以互相帮忙、组队。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结婚</w:t>
      </w:r>
      <w:r>
        <w:rPr>
          <w:rFonts w:ascii="微软雅黑" w:hAnsi="微软雅黑" w:eastAsia="微软雅黑"/>
          <w:sz w:val="21"/>
        </w:rPr>
        <w:t>：游戏内有结婚系统，主要是社交和外观，不加速战力。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阵营</w:t>
      </w:r>
      <w:r>
        <w:rPr>
          <w:rFonts w:ascii="微软雅黑" w:hAnsi="微软雅黑" w:eastAsia="微软雅黑"/>
          <w:sz w:val="21"/>
        </w:rPr>
        <w:t>：本服保留阵营/PVP 玩法，但不强制。</w:t>
      </w:r>
    </w:p>
    <w:p>
      <w:r>
        <w:br w:type="page"/>
      </w:r>
    </w:p>
    <w:p>
      <w:pPr>
        <w:pStyle w:val="Heading1"/>
      </w:pPr>
      <w:r>
        <w:rPr>
          <w:rFonts w:ascii="微软雅黑" w:hAnsi="微软雅黑" w:eastAsia="微软雅黑"/>
          <w:color w:val="1F3A5F"/>
          <w:sz w:val="30"/>
        </w:rPr>
        <w:t>十四、服务器规则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禁止充值/私下交易</w:t>
      </w:r>
      <w:r>
        <w:rPr>
          <w:rFonts w:ascii="微软雅黑" w:hAnsi="微软雅黑" w:eastAsia="微软雅黑"/>
          <w:sz w:val="21"/>
        </w:rPr>
        <w:t>：本服无充值，禁止线下买卖金币、仙玉、账号、装备。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禁止外挂/脚本/同步器</w:t>
      </w:r>
      <w:r>
        <w:rPr>
          <w:rFonts w:ascii="微软雅黑" w:hAnsi="微软雅黑" w:eastAsia="微软雅黑"/>
          <w:sz w:val="21"/>
        </w:rPr>
        <w:t>：发现封号，不退款。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禁止利用 bug</w:t>
      </w:r>
      <w:r>
        <w:rPr>
          <w:rFonts w:ascii="微软雅黑" w:hAnsi="微软雅黑" w:eastAsia="微软雅黑"/>
          <w:sz w:val="21"/>
        </w:rPr>
        <w:t>：发现 bug 请私聊服主，恶意利用封号。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禁止恶意 PK/清场</w:t>
      </w:r>
      <w:r>
        <w:rPr>
          <w:rFonts w:ascii="微软雅黑" w:hAnsi="微软雅黑" w:eastAsia="微软雅黑"/>
          <w:sz w:val="21"/>
        </w:rPr>
        <w:t>：PVP 活动外恶意杀人、堵门，视情况处理。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尊重玩家</w:t>
      </w:r>
      <w:r>
        <w:rPr>
          <w:rFonts w:ascii="微软雅黑" w:hAnsi="微软雅黑" w:eastAsia="微软雅黑"/>
          <w:sz w:val="21"/>
        </w:rPr>
        <w:t>：骂人、刷屏、诈骗，一次警告二次禁言。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账号安全</w:t>
      </w:r>
      <w:r>
        <w:rPr>
          <w:rFonts w:ascii="微软雅黑" w:hAnsi="微软雅黑" w:eastAsia="微软雅黑"/>
          <w:sz w:val="21"/>
        </w:rPr>
        <w:t>：不要共享账号，被盗自负。</w:t>
      </w:r>
    </w:p>
    <w:p>
      <w:r>
        <w:br w:type="page"/>
      </w:r>
    </w:p>
    <w:p>
      <w:pPr>
        <w:pStyle w:val="Heading1"/>
      </w:pPr>
      <w:r>
        <w:rPr>
          <w:rFonts w:ascii="微软雅黑" w:hAnsi="微软雅黑" w:eastAsia="微软雅黑"/>
          <w:color w:val="1F3A5F"/>
          <w:sz w:val="30"/>
        </w:rPr>
        <w:t>十五、常见问题</w:t>
      </w:r>
    </w:p>
    <w:p>
      <w:pPr>
        <w:spacing w:after="80"/>
      </w:pPr>
      <w:r>
        <w:rPr>
          <w:rFonts w:ascii="微软雅黑" w:hAnsi="微软雅黑" w:eastAsia="微软雅黑"/>
          <w:b/>
          <w:sz w:val="21"/>
        </w:rPr>
        <w:t>Q：为什么升级这么慢？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A：本服是长期慢养成服，1–40 级约 1–2 周，满级 3–6 个月。慢慢玩，不用赶。</w:t>
      </w:r>
    </w:p>
    <w:p>
      <w:pPr>
        <w:spacing w:after="80"/>
      </w:pPr>
      <w:r>
        <w:rPr>
          <w:rFonts w:ascii="微软雅黑" w:hAnsi="微软雅黑" w:eastAsia="微软雅黑"/>
          <w:b/>
          <w:sz w:val="21"/>
        </w:rPr>
        <w:t>Q：仙玉怎么刷最快？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A：打与自己等级接近的小怪，每只必掉 1 张（按等级给 1/2/3 面额）；仙玉没有每日上限，世界BOSS 100% 掉 50/100/200 面额。</w:t>
      </w:r>
    </w:p>
    <w:p>
      <w:pPr>
        <w:spacing w:after="80"/>
      </w:pPr>
      <w:r>
        <w:rPr>
          <w:rFonts w:ascii="微软雅黑" w:hAnsi="微软雅黑" w:eastAsia="微软雅黑"/>
          <w:b/>
          <w:sz w:val="21"/>
        </w:rPr>
        <w:t>Q：商城为什么要卖这么贵？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A：本服不卖数值，仙玉只能靠游戏内产出；价格按长期养成设计，普通时装 2–3 周，顶级道具 3–4 个月。</w:t>
      </w:r>
    </w:p>
    <w:p>
      <w:pPr>
        <w:spacing w:after="80"/>
      </w:pPr>
      <w:r>
        <w:rPr>
          <w:rFonts w:ascii="微软雅黑" w:hAnsi="微软雅黑" w:eastAsia="微软雅黑"/>
          <w:b/>
          <w:sz w:val="21"/>
        </w:rPr>
        <w:t>Q：商城里为什么没有直升丹、成品装备礼包？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A：本服不卖等级、不卖成品装备。装备只能靠副本、打造和活动产出，这是长期服的核心规则。</w:t>
      </w:r>
    </w:p>
    <w:p>
      <w:pPr>
        <w:spacing w:after="80"/>
      </w:pPr>
      <w:r>
        <w:rPr>
          <w:rFonts w:ascii="微软雅黑" w:hAnsi="微软雅黑" w:eastAsia="微软雅黑"/>
          <w:b/>
          <w:sz w:val="21"/>
        </w:rPr>
        <w:t>Q：金币主要花在哪？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A：技能书、修理、生活技能、宠物和坐骑。NPC 商店只卖基础补给，不会用金币直售高阶装备。</w:t>
      </w:r>
    </w:p>
    <w:p>
      <w:pPr>
        <w:spacing w:after="80"/>
      </w:pPr>
      <w:r>
        <w:rPr>
          <w:rFonts w:ascii="微软雅黑" w:hAnsi="微软雅黑" w:eastAsia="微软雅黑"/>
          <w:b/>
          <w:sz w:val="21"/>
        </w:rPr>
        <w:t>Q：服务器会开新等级吗？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A：会。S1 40 级 → S2 60 → S3 70 → S4 80 → S5 90 → S6 100，每阶段 2 周–2 个月，具体看群里公告。</w:t>
      </w:r>
    </w:p>
    <w:p>
      <w:pPr>
        <w:spacing w:after="80"/>
      </w:pPr>
      <w:r>
        <w:rPr>
          <w:rFonts w:ascii="微软雅黑" w:hAnsi="微软雅黑" w:eastAsia="微软雅黑"/>
          <w:b/>
          <w:sz w:val="21"/>
        </w:rPr>
        <w:t>Q：可以多开吗？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A：允许双开，但禁止同步器/脚本批量刷资源；多开刷仙玉会被核查。</w:t>
      </w:r>
    </w:p>
    <w:p>
      <w:pPr>
        <w:spacing w:after="80"/>
      </w:pPr>
      <w:r>
        <w:rPr>
          <w:rFonts w:ascii="微软雅黑" w:hAnsi="微软雅黑" w:eastAsia="微软雅黑"/>
          <w:b/>
          <w:sz w:val="21"/>
        </w:rPr>
        <w:t>Q：客户端在哪下载？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A：找服主拿安装包，安装到 `C:\Xunxian`，不要放中文路径。</w:t>
      </w:r>
    </w:p>
    <w:p>
      <w:r>
        <w:br w:type="page"/>
      </w:r>
    </w:p>
    <w:p>
      <w:pPr>
        <w:pStyle w:val="Heading1"/>
      </w:pPr>
      <w:r>
        <w:rPr>
          <w:rFonts w:ascii="微软雅黑" w:hAnsi="微软雅黑" w:eastAsia="微软雅黑"/>
          <w:color w:val="1F3A5F"/>
          <w:sz w:val="30"/>
        </w:rPr>
        <w:t>十六、开服阶段计划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379"/>
        <w:gridCol w:w="2379"/>
        <w:gridCol w:w="2379"/>
        <w:gridCol w:w="2379"/>
      </w:tblGrid>
      <w:tr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阶段</w:t>
            </w:r>
          </w:p>
        </w:tc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时间</w:t>
            </w:r>
          </w:p>
        </w:tc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等级上限</w:t>
            </w:r>
          </w:p>
        </w:tc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主要内容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S1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开服 1–2 周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40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新手村、正传、第一套时装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S2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第 3–4 周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60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宁海/石塘、第一个副本、第一只坐骑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S3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第 2 个月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70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京城、门派、生活技能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S4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第 3 个月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80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高级副本、第一件顶级外观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S5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第 4–5 个月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90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天劫路、跨服/门派战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S6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第 6 个月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100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满级内容、仙兽血脉、青纹琉璃</w:t>
            </w:r>
          </w:p>
        </w:tc>
      </w:tr>
    </w:tbl>
    <w:p/>
    <w:p>
      <w:pPr>
        <w:ind w:left="283"/>
      </w:pPr>
      <w:r>
        <w:rPr>
          <w:rFonts w:ascii="微软雅黑" w:hAnsi="微软雅黑" w:eastAsia="微软雅黑"/>
          <w:i/>
          <w:color w:val="666666"/>
          <w:sz w:val="19"/>
        </w:rPr>
        <w:t>阶段时间可能根据玩家进度微调，以群公告为准。</w:t>
      </w:r>
    </w:p>
    <w:p>
      <w:r>
        <w:br w:type="page"/>
      </w:r>
    </w:p>
    <w:p>
      <w:pPr>
        <w:pStyle w:val="Heading1"/>
      </w:pPr>
      <w:r>
        <w:rPr>
          <w:rFonts w:ascii="微软雅黑" w:hAnsi="微软雅黑" w:eastAsia="微软雅黑"/>
          <w:color w:val="1F3A5F"/>
          <w:sz w:val="30"/>
        </w:rPr>
        <w:t>十七、给新玩家的 10 条建议</w:t>
      </w:r>
    </w:p>
    <w:p>
      <w:pPr>
        <w:pStyle w:val="ListNumber"/>
      </w:pPr>
      <w:r>
        <w:rPr>
          <w:rFonts w:ascii="微软雅黑" w:hAnsi="微软雅黑" w:eastAsia="微软雅黑"/>
          <w:sz w:val="21"/>
        </w:rPr>
        <w:t>先加门派，再做主线。</w:t>
      </w:r>
    </w:p>
    <w:p>
      <w:pPr>
        <w:pStyle w:val="ListNumber"/>
      </w:pPr>
      <w:r>
        <w:rPr>
          <w:rFonts w:ascii="微软雅黑" w:hAnsi="微软雅黑" w:eastAsia="微软雅黑"/>
          <w:sz w:val="21"/>
        </w:rPr>
        <w:t>每天签到、门派跑环、猎苑，这三个最稳。</w:t>
      </w:r>
    </w:p>
    <w:p>
      <w:pPr>
        <w:pStyle w:val="ListNumber"/>
      </w:pPr>
      <w:r>
        <w:rPr>
          <w:rFonts w:ascii="微软雅黑" w:hAnsi="微软雅黑" w:eastAsia="微软雅黑"/>
          <w:sz w:val="21"/>
        </w:rPr>
        <w:t>金币优先技能书和修理，装备靠副本/打造。</w:t>
      </w:r>
    </w:p>
    <w:p>
      <w:pPr>
        <w:pStyle w:val="ListNumber"/>
      </w:pPr>
      <w:r>
        <w:rPr>
          <w:rFonts w:ascii="微软雅黑" w:hAnsi="微软雅黑" w:eastAsia="微软雅黑"/>
          <w:sz w:val="21"/>
        </w:rPr>
        <w:t>不要急着冲强化，+3 够用。</w:t>
      </w:r>
    </w:p>
    <w:p>
      <w:pPr>
        <w:pStyle w:val="ListNumber"/>
      </w:pPr>
      <w:r>
        <w:rPr>
          <w:rFonts w:ascii="微软雅黑" w:hAnsi="微软雅黑" w:eastAsia="微软雅黑"/>
          <w:sz w:val="21"/>
        </w:rPr>
        <w:t>仙玉先买背包，再买时装/坐骑。</w:t>
      </w:r>
    </w:p>
    <w:p>
      <w:pPr>
        <w:pStyle w:val="ListNumber"/>
      </w:pPr>
      <w:r>
        <w:rPr>
          <w:rFonts w:ascii="微软雅黑" w:hAnsi="微软雅黑" w:eastAsia="微软雅黑"/>
          <w:sz w:val="21"/>
        </w:rPr>
        <w:t>50 级前不要碰顶级养成，先把等级和基础装备弄好。</w:t>
      </w:r>
    </w:p>
    <w:p>
      <w:pPr>
        <w:pStyle w:val="ListNumber"/>
      </w:pPr>
      <w:r>
        <w:rPr>
          <w:rFonts w:ascii="微软雅黑" w:hAnsi="微软雅黑" w:eastAsia="微软雅黑"/>
          <w:sz w:val="21"/>
        </w:rPr>
        <w:t>多交朋友，副本和活动组队效率高。</w:t>
      </w:r>
    </w:p>
    <w:p>
      <w:pPr>
        <w:pStyle w:val="ListNumber"/>
      </w:pPr>
      <w:r>
        <w:rPr>
          <w:rFonts w:ascii="微软雅黑" w:hAnsi="微软雅黑" w:eastAsia="微软雅黑"/>
          <w:sz w:val="21"/>
        </w:rPr>
        <w:t>看到有人卖“直升/内部号/代充”，截图给服主——都是骗局。</w:t>
      </w:r>
    </w:p>
    <w:p>
      <w:pPr>
        <w:pStyle w:val="ListNumber"/>
      </w:pPr>
      <w:r>
        <w:rPr>
          <w:rFonts w:ascii="微软雅黑" w:hAnsi="微软雅黑" w:eastAsia="微软雅黑"/>
          <w:sz w:val="21"/>
        </w:rPr>
        <w:t>不要线下交易，本服没有充值。</w:t>
      </w:r>
    </w:p>
    <w:p>
      <w:pPr>
        <w:pStyle w:val="ListNumber"/>
      </w:pPr>
      <w:r>
        <w:rPr>
          <w:rFonts w:ascii="微软雅黑" w:hAnsi="微软雅黑" w:eastAsia="微软雅黑"/>
          <w:sz w:val="21"/>
        </w:rPr>
        <w:t>慢慢玩，长期服的核心是“每天一点”，不是“一天满级”。</w:t>
      </w:r>
    </w:p>
    <w:p>
      <w:r>
        <w:br w:type="page"/>
      </w:r>
    </w:p>
    <w:p>
      <w:pPr>
        <w:spacing w:after="80"/>
      </w:pPr>
      <w:r>
        <w:rPr>
          <w:rFonts w:ascii="微软雅黑" w:hAnsi="微软雅黑" w:eastAsia="微软雅黑"/>
          <w:b/>
          <w:sz w:val="21"/>
        </w:rPr>
        <w:t>祝你在寻仙的世界里玩得开心。</w:t>
      </w:r>
    </w:p>
    <w:p>
      <w:r>
        <w:br w:type="page"/>
      </w:r>
    </w:p>
    <w:p>
      <w:pPr>
        <w:pStyle w:val="Title"/>
      </w:pPr>
      <w:r>
        <w:rPr>
          <w:rFonts w:ascii="微软雅黑" w:hAnsi="微软雅黑" w:eastAsia="微软雅黑"/>
          <w:color w:val="1F3A5F"/>
          <w:sz w:val="40"/>
        </w:rPr>
        <w:t>《寻仙》玩家活动与奖励表（公益服整理版）</w:t>
      </w:r>
    </w:p>
    <w:p>
      <w:pPr>
        <w:ind w:left="283"/>
      </w:pPr>
      <w:r>
        <w:rPr>
          <w:rFonts w:ascii="微软雅黑" w:hAnsi="微软雅黑" w:eastAsia="微软雅黑"/>
          <w:b/>
          <w:i/>
          <w:color w:val="666666"/>
          <w:sz w:val="19"/>
        </w:rPr>
        <w:t>数据来源</w:t>
      </w:r>
      <w:r>
        <w:rPr>
          <w:rFonts w:ascii="微软雅黑" w:hAnsi="微软雅黑" w:eastAsia="微软雅黑"/>
          <w:i/>
          <w:color w:val="666666"/>
          <w:sz w:val="19"/>
        </w:rPr>
        <w:t>：`mb\etc\activites.txt`（活动日程表：时间/等级/区域/说明）、`dynamicmb_server\world_event.txt`（世界事件表：开关/周期/开始结束时间）、`dynamicmb_server\signindaily_award.txt`（签到奖励）、`dynamicmb_server\playeronline_gift.txt`（在线奖励）、`mb\etc\award_para.txt`（活动奖励参数，按等级）、`mb\etc\award_list.txt`（奖励明细）、`mb\scn\copyin.txt`（副本清单/建议等级/金钱）、`mb\scn\scn_info.txt`（副本场景）、`mb\quest\quest_info.txt`（任务奖励）、`mb\etc\recomdaily\*`（每日推荐）、`mb\server\script_excel\tianmohuanjing\*` / `zhenyaota\*` / `we_huodong\we_baoweilangcang\*`、`dynamicmb_server\fighting_reward.txt`、`we_riding_battle.txt`。</w:t>
      </w:r>
    </w:p>
    <w:p>
      <w:pPr>
        <w:ind w:left="283"/>
      </w:pPr>
      <w:r>
        <w:rPr>
          <w:rFonts w:ascii="微软雅黑" w:hAnsi="微软雅黑" w:eastAsia="微软雅黑"/>
          <w:b/>
          <w:i/>
          <w:color w:val="666666"/>
          <w:sz w:val="19"/>
        </w:rPr>
        <w:t>本服额外设定</w:t>
      </w:r>
      <w:r>
        <w:rPr>
          <w:rFonts w:ascii="微软雅黑" w:hAnsi="微软雅黑" w:eastAsia="微软雅黑"/>
          <w:i/>
          <w:color w:val="666666"/>
          <w:sz w:val="19"/>
        </w:rPr>
        <w:t>：小怪每只必掉 1 张 `仙玉.1/.2/.3`（按等级段，另有 10–20% 加码），无每日上限；世界BOSS 100% 掉 `仙玉.50/.100/.200`；详见 `玩家手册.md` 第 11 章。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&gt;</w:t>
      </w:r>
    </w:p>
    <w:p>
      <w:pPr>
        <w:ind w:left="283"/>
      </w:pPr>
      <w:r>
        <w:rPr>
          <w:rFonts w:ascii="微软雅黑" w:hAnsi="微软雅黑" w:eastAsia="微软雅黑"/>
          <w:b/>
          <w:i/>
          <w:color w:val="666666"/>
          <w:sz w:val="19"/>
        </w:rPr>
        <w:t>只读分析，未改动任何游戏表。</w:t>
      </w:r>
    </w:p>
    <w:p>
      <w:pPr>
        <w:ind w:left="283"/>
      </w:pPr>
      <w:r>
        <w:rPr>
          <w:rFonts w:ascii="微软雅黑" w:hAnsi="微软雅黑" w:eastAsia="微软雅黑"/>
          <w:b/>
          <w:i/>
          <w:color w:val="666666"/>
          <w:sz w:val="19"/>
        </w:rPr>
        <w:t>数值口径</w:t>
      </w:r>
      <w:r>
        <w:rPr>
          <w:rFonts w:ascii="微软雅黑" w:hAnsi="微软雅黑" w:eastAsia="微软雅黑"/>
          <w:i/>
          <w:color w:val="666666"/>
          <w:sz w:val="19"/>
        </w:rPr>
        <w:t>：`award_para.txt` 的“经验/金钱参数”是</w:t>
      </w:r>
      <w:r>
        <w:rPr>
          <w:rFonts w:ascii="微软雅黑" w:hAnsi="微软雅黑" w:eastAsia="微软雅黑"/>
          <w:b/>
          <w:i/>
          <w:color w:val="666666"/>
          <w:sz w:val="19"/>
        </w:rPr>
        <w:t>按等级的基准值</w:t>
      </w:r>
      <w:r>
        <w:rPr>
          <w:rFonts w:ascii="微软雅黑" w:hAnsi="微软雅黑" w:eastAsia="微软雅黑"/>
          <w:i/>
          <w:color w:val="666666"/>
          <w:sz w:val="19"/>
        </w:rPr>
        <w:t>，`award_list.txt` 用“组号\*百分比”引用——如 `7*100` = 取第 7 组（打地鼠）参数 ×100%。所以下表数值是“满额基准”，实际到手 = 基准 × 活动内给的百分比。</w:t>
      </w:r>
    </w:p>
    <w:p>
      <w:pPr>
        <w:ind w:left="283"/>
      </w:pPr>
      <w:r>
        <w:rPr>
          <w:rFonts w:ascii="微软雅黑" w:hAnsi="微软雅黑" w:eastAsia="微软雅黑"/>
          <w:b/>
          <w:i/>
          <w:color w:val="666666"/>
          <w:sz w:val="19"/>
        </w:rPr>
        <w:t>时间口径</w:t>
      </w:r>
      <w:r>
        <w:rPr>
          <w:rFonts w:ascii="微软雅黑" w:hAnsi="微软雅黑" w:eastAsia="微软雅黑"/>
          <w:i/>
          <w:color w:val="666666"/>
          <w:sz w:val="19"/>
        </w:rPr>
        <w:t>：时间来自 `world_event.txt`（是否开启=1 的事件）与 `activites.txt` 双表交叉；冲突时优先 `world_event` 并注明差异。</w:t>
      </w:r>
      <w:r>
        <w:rPr>
          <w:rFonts w:ascii="微软雅黑" w:hAnsi="微软雅黑" w:eastAsia="微软雅黑"/>
          <w:b/>
          <w:i/>
          <w:color w:val="666666"/>
          <w:sz w:val="19"/>
        </w:rPr>
        <w:t>表里没有的时间一律写“表内未写，按游戏内活动日历”，不做推测。</w:t>
      </w:r>
    </w:p>
    <w:p>
      <w:r>
        <w:br w:type="page"/>
      </w:r>
    </w:p>
    <w:p>
      <w:pPr>
        <w:pStyle w:val="Heading1"/>
      </w:pPr>
      <w:r>
        <w:rPr>
          <w:rFonts w:ascii="微软雅黑" w:hAnsi="微软雅黑" w:eastAsia="微软雅黑"/>
          <w:color w:val="1F3A5F"/>
          <w:sz w:val="30"/>
        </w:rPr>
        <w:t>一、每日必做（按时间轴）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1.1 有固定时间点的（可直接排日程）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586"/>
        <w:gridCol w:w="1586"/>
        <w:gridCol w:w="1586"/>
        <w:gridCol w:w="1586"/>
        <w:gridCol w:w="1586"/>
        <w:gridCol w:w="1586"/>
      </w:tblGrid>
      <w:tr>
        <w:tc>
          <w:tcPr>
            <w:tcW w:type="dxa" w:w="1586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时间</w:t>
            </w:r>
          </w:p>
        </w:tc>
        <w:tc>
          <w:tcPr>
            <w:tcW w:type="dxa" w:w="1586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活动</w:t>
            </w:r>
          </w:p>
        </w:tc>
        <w:tc>
          <w:tcPr>
            <w:tcW w:type="dxa" w:w="1586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等级</w:t>
            </w:r>
          </w:p>
        </w:tc>
        <w:tc>
          <w:tcPr>
            <w:tcW w:type="dxa" w:w="1586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入口 / 地图</w:t>
            </w:r>
          </w:p>
        </w:tc>
        <w:tc>
          <w:tcPr>
            <w:tcW w:type="dxa" w:w="1586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主要奖励</w:t>
            </w:r>
          </w:p>
        </w:tc>
        <w:tc>
          <w:tcPr>
            <w:tcW w:type="dxa" w:w="1586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推荐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00:05–23:55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节日答题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10+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节日告示牌 / 节日使者（宁海·石塘·京城）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经验、节日道具、节日礼包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00:05–23:55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抽奖凭证兑换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全服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抽奖凭证兑换道具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★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06:00–08:00 / 09:00–11:00 / 12:00–14:00 / 15:00–17:00 / 18:00–20:00 / 21:00–23:00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通天河·海巨人</w:t>
            </w:r>
            <w:r>
              <w:rPr>
                <w:rFonts w:ascii="微软雅黑" w:hAnsi="微软雅黑" w:eastAsia="微软雅黑"/>
                <w:sz w:val="18"/>
              </w:rPr>
              <w:t>（6 时段轮转）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表内未写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通天河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经验、装备、材料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10:00 / 14:00 / 18:00 / 22:00（各 30 分钟）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世界刷 BOSS</w:t>
            </w:r>
            <w:r>
              <w:rPr>
                <w:rFonts w:ascii="微软雅黑" w:hAnsi="微软雅黑" w:eastAsia="微软雅黑"/>
                <w:sz w:val="18"/>
              </w:rPr>
              <w:t>（中原 / 云梦山 / 东山岛）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表内未写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中原、云梦山、东山岛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经验基准＝`award_para` 第 29 组（20级 4,650 / 60级 60,000 / 100级 111,000）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10:00–10:08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跨区对抗副本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20+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跨区对抗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功勋印记、声望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10:30–11:00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抢滩登陆</w:t>
            </w:r>
            <w:r>
              <w:rPr>
                <w:rFonts w:ascii="微软雅黑" w:hAnsi="微软雅黑" w:eastAsia="微软雅黑"/>
                <w:sz w:val="18"/>
              </w:rPr>
              <w:t>（对抗副本）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20+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对抗副本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功勋印记×2~3、声望 200/100、经验（第 25/26 组）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11:00–11:20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保卫粮仓</w:t>
            </w:r>
            <w:r>
              <w:rPr>
                <w:rFonts w:ascii="微软雅黑" w:hAnsi="微软雅黑" w:eastAsia="微软雅黑"/>
                <w:sz w:val="18"/>
              </w:rPr>
              <w:t>（第一场）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41+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稻香村（新版）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积分→护粮勋章、经验（第 6 组，60级 90,000 基准）、极品装备、金钱宝箱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 xml:space="preserve">11:25–11:50（说明表）/ </w:t>
            </w:r>
            <w:r>
              <w:rPr>
                <w:rFonts w:ascii="微软雅黑" w:hAnsi="微软雅黑" w:eastAsia="微软雅黑"/>
                <w:b/>
                <w:sz w:val="18"/>
              </w:rPr>
              <w:t>21:00–21:25（当前事件表）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孤岛寻宝</w:t>
            </w:r>
            <w:r>
              <w:rPr>
                <w:rFonts w:ascii="微软雅黑" w:hAnsi="微软雅黑" w:eastAsia="微软雅黑"/>
                <w:sz w:val="18"/>
              </w:rPr>
              <w:t>（生存活动）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15+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藏宝孤岛（副本）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积分道具、兑洋票、强化宝石、每分钟经验（第 5 组）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12:00–13:00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打地鼠</w:t>
            </w:r>
            <w:r>
              <w:rPr>
                <w:rFonts w:ascii="微软雅黑" w:hAnsi="微软雅黑" w:eastAsia="微软雅黑"/>
                <w:sz w:val="18"/>
              </w:rPr>
              <w:t>（午场）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20+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活动日历直接进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经验（第 7 组，按积分段 25%~100%）、金钱 200~1,800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12:15–12:45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猎苑狩猎（灵兽骑宠刷新）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20+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宁海/石塘/京城/茅山/五岳山麓猎苑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骑宠（20/30/40~50/60 级）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13:00–13:30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对抗活动副本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20+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对抗副本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功勋印记、声望、神宠宝箱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13:30（13:10–13:29 预告）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门派摇钱树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门派成员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门派地图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经验（第 28 组）、门派资金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13:45–14:20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环高老庄·山海县拉力赛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98+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高老庄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经验、活动宝箱（好箱/坏箱）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★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15:00–20:59 / 21:00–21:59 / 22:00–23:00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门派采集·皇家猎苑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50+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皇家猎苑（副本）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采集材料、门派贡献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16:00–16:08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跨区抢滩登陆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20+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跨区对抗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功勋印记、声望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16:00–21:00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离魂湾活动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80+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通天河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经验、材料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★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17:30–17:45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快乐家园（种树）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20+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快乐家园种树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果实换经验/金钱（第 18~24 组，首次三果双倍）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19:00–19:30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抢滩登陆</w:t>
            </w:r>
            <w:r>
              <w:rPr>
                <w:rFonts w:ascii="微软雅黑" w:hAnsi="微软雅黑" w:eastAsia="微软雅黑"/>
                <w:sz w:val="18"/>
              </w:rPr>
              <w:t>（晚场）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20+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对抗副本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同上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19:00–20:00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云游四海寻仙缘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40+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小桑村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经验、随机道具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19:30–20:00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 xml:space="preserve">京城/宁海/石塘 </w:t>
            </w:r>
            <w:r>
              <w:rPr>
                <w:rFonts w:ascii="微软雅黑" w:hAnsi="微软雅黑" w:eastAsia="微软雅黑"/>
                <w:b/>
                <w:sz w:val="18"/>
              </w:rPr>
              <w:t>抢矿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表内未写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京城、宁海、石塘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矿石材料、经验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19:30–20:00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猎苑珍奇（采集）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40+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京城猎苑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1~3 级生活原料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★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19:30–21:30（周一/三/五/日）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每日抢粮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10+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宁海·石塘（收粮大爷 273/274）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经验（第 57 组；20级 7,080 / 60级 24,763 / 100级 38,438）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20:00–20:30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猎苑狩猎（第二场）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20+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同上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骑宠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20:15–20:35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保卫粮仓</w:t>
            </w:r>
            <w:r>
              <w:rPr>
                <w:rFonts w:ascii="微软雅黑" w:hAnsi="微软雅黑" w:eastAsia="微软雅黑"/>
                <w:sz w:val="18"/>
              </w:rPr>
              <w:t>（第二场）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41+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稻香村（新版）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同上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20:20–21:26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斗神坛竞技 / 骠骑战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40+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斗神坛 / 骠骑战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经验+金钱（第 48 / 74 组，80级 125,300 / 251,300 基准）、称号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20:30–20:38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跨区对抗副本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20+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跨区对抗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功勋印记、声望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20:30–21:00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东山岛 PVP BOSS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表内未写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东山岛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经验、掉落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20:40–22:00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门派约战大厅传送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门派成员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门派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门派战准备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★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20:50–21:00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定时答题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10+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全服弹窗参加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经验（答对加分、排名额外奖）、定时答题大礼包（&gt;200 分）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21:15–21:45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猎苑狩猎（第三场）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20+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同上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骑宠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22:00–22:30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东山岛 PVP 水晶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表内未写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东山岛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经验、材料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★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22:00–23:00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打地鼠</w:t>
            </w:r>
            <w:r>
              <w:rPr>
                <w:rFonts w:ascii="微软雅黑" w:hAnsi="微软雅黑" w:eastAsia="微软雅黑"/>
                <w:sz w:val="18"/>
              </w:rPr>
              <w:t>（晚场）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20+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活动日历直接进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经验、金钱、土块/石块/铁块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22:00–23:59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通天河·狼人王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80–90（`cha_list` 狼人 80/87/88/90 级）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通天河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经验、装备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12:00 / 14:00 / 16:00 / 18:00 / 20:00 / 22:00（各 1 小时）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世界BOSS·金睛鹫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100（`cha_list` 7151/7154 等级=100）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对应地图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经验、稀有掉落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全天（每 30 分钟刷 16 只）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皇家猎苑</w:t>
            </w:r>
            <w:r>
              <w:rPr>
                <w:rFonts w:ascii="微软雅黑" w:hAnsi="微软雅黑" w:eastAsia="微软雅黑"/>
                <w:sz w:val="18"/>
              </w:rPr>
              <w:t>（PVP）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50+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皇家猎苑（接引者 `&lt;target:4914&gt;`）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可捕捉骑宠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</w:t>
            </w:r>
          </w:p>
        </w:tc>
      </w:tr>
    </w:tbl>
    <w:p/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1.2 不限时间、当天做掉就行的（优先级从高到低）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60"/>
        <w:gridCol w:w="1360"/>
        <w:gridCol w:w="1360"/>
        <w:gridCol w:w="1360"/>
        <w:gridCol w:w="1360"/>
        <w:gridCol w:w="1360"/>
        <w:gridCol w:w="1360"/>
      </w:tblGrid>
      <w:tr>
        <w:tc>
          <w:tcPr>
            <w:tcW w:type="dxa" w:w="1360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优先级</w:t>
            </w:r>
          </w:p>
        </w:tc>
        <w:tc>
          <w:tcPr>
            <w:tcW w:type="dxa" w:w="1360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日常</w:t>
            </w:r>
          </w:p>
        </w:tc>
        <w:tc>
          <w:tcPr>
            <w:tcW w:type="dxa" w:w="1360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等级</w:t>
            </w:r>
          </w:p>
        </w:tc>
        <w:tc>
          <w:tcPr>
            <w:tcW w:type="dxa" w:w="1360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入口</w:t>
            </w:r>
          </w:p>
        </w:tc>
        <w:tc>
          <w:tcPr>
            <w:tcW w:type="dxa" w:w="1360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次数</w:t>
            </w:r>
          </w:p>
        </w:tc>
        <w:tc>
          <w:tcPr>
            <w:tcW w:type="dxa" w:w="1360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主要奖励</w:t>
            </w:r>
          </w:p>
        </w:tc>
        <w:tc>
          <w:tcPr>
            <w:tcW w:type="dxa" w:w="1360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来源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1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签到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20+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签到界面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每月累计 5/10/20 天各 1 档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见 5.2（秘笈、法宝幻化、蓝田古玉、拾荒大礼包、魂玉、转灵符等）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`signindaily_award.txt`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2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每日推荐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16+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活动日历「每日推荐」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每天 6 档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每档「小哨腰牌×5 + 提神丸×50」+ 档位专属道具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`recomdaily\recomdaily_lv.txt`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3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门派跑环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20+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各城跑环 NPC（宁海/石塘/京城/茅山/通天河/摩云山）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每城一轮，环数表内未写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每环经验+金钱，见 5.4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`quest_info.txt` 分类 1070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4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师门（仙派）当值 / 官府当差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10+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仙派、官府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每日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 100~80,000（按等级和阶段）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`quest_info.txt` 分类 1051/1052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5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天劫路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20+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天劫路任务链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主线式推进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 7,000 → 150,000+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`quest_info.txt` 前缀【天劫路】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6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镇妖塔（三座，各自独立 CD）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京城 40+ / 茅山 60+ / 通天 80+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京城镇妖塔 NPC 6101（18 层）；茅山镇妖塔 NPC 9051；通天塔 NPC 34201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各 1 次/日</w:t>
            </w:r>
            <w:r>
              <w:rPr>
                <w:rFonts w:ascii="微软雅黑" w:hAnsi="微软雅黑" w:eastAsia="微软雅黑"/>
                <w:sz w:val="18"/>
              </w:rPr>
              <w:t>（CD 组 4401 / 4951 / 1221）；京城·茅山 可单人/双人，通天塔最多 5 人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逐层经验+装备+道具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`zhenyaota\zhenyaota_copyin.txt`、`zhenyaota_new\zyt_new_copyin.txt`、`zhenyaota_tth\zyt_tth_copyin.txt`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7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天魔幻境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80–99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天魔环境 NPC 27003（场景 478）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2 次/日</w:t>
            </w:r>
            <w:r>
              <w:rPr>
                <w:rFonts w:ascii="微软雅黑" w:hAnsi="微软雅黑" w:eastAsia="微软雅黑"/>
                <w:sz w:val="18"/>
              </w:rPr>
              <w:t>（CD 组 4404），最多 3 人，</w:t>
            </w:r>
            <w:r>
              <w:rPr>
                <w:rFonts w:ascii="微软雅黑" w:hAnsi="微软雅黑" w:eastAsia="微软雅黑"/>
                <w:b/>
                <w:sz w:val="18"/>
              </w:rPr>
              <w:t>25 层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按「战力×分数段」查奖励 ID 10024–10068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`tianmohuanjing\*_copyin.txt`、`*_floor.txt`、`*_award.txt`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8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副本</w:t>
            </w:r>
            <w:r>
              <w:rPr>
                <w:rFonts w:ascii="微软雅黑" w:hAnsi="微软雅黑" w:eastAsia="微软雅黑"/>
                <w:sz w:val="18"/>
              </w:rPr>
              <w:t>（按等级段挑，见第四节）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10–100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各副本入口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视副本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通关金钱 + 掉落 + 神运翻倍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`scn\copyin.txt`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9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在线奖励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在线奖励 NPC 5674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4h / 6h / 8h / 12h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铁钱箱、正气诀、尼泊尔风情帽、民族装（男）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`playeronline_gift.txt`（</w:t>
            </w:r>
            <w:r>
              <w:rPr>
                <w:rFonts w:ascii="微软雅黑" w:hAnsi="微软雅黑" w:eastAsia="微软雅黑"/>
                <w:b/>
                <w:sz w:val="18"/>
              </w:rPr>
              <w:t>“活动是否开启”=0，当前关闭</w:t>
            </w:r>
            <w:r>
              <w:rPr>
                <w:rFonts w:ascii="微软雅黑" w:hAnsi="微软雅黑" w:eastAsia="微软雅黑"/>
                <w:sz w:val="18"/>
              </w:rPr>
              <w:t>）</w:t>
            </w:r>
          </w:p>
        </w:tc>
      </w:tr>
    </w:tbl>
    <w:p/>
    <w:p>
      <w:r>
        <w:br w:type="page"/>
      </w:r>
    </w:p>
    <w:p>
      <w:pPr>
        <w:pStyle w:val="Heading1"/>
      </w:pPr>
      <w:r>
        <w:rPr>
          <w:rFonts w:ascii="微软雅黑" w:hAnsi="微软雅黑" w:eastAsia="微软雅黑"/>
          <w:color w:val="1F3A5F"/>
          <w:sz w:val="30"/>
        </w:rPr>
        <w:t>二、每周必做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60"/>
        <w:gridCol w:w="1360"/>
        <w:gridCol w:w="1360"/>
        <w:gridCol w:w="1360"/>
        <w:gridCol w:w="1360"/>
        <w:gridCol w:w="1360"/>
        <w:gridCol w:w="1360"/>
      </w:tblGrid>
      <w:tr>
        <w:tc>
          <w:tcPr>
            <w:tcW w:type="dxa" w:w="1360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周几</w:t>
            </w:r>
          </w:p>
        </w:tc>
        <w:tc>
          <w:tcPr>
            <w:tcW w:type="dxa" w:w="1360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时间</w:t>
            </w:r>
          </w:p>
        </w:tc>
        <w:tc>
          <w:tcPr>
            <w:tcW w:type="dxa" w:w="1360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活动</w:t>
            </w:r>
          </w:p>
        </w:tc>
        <w:tc>
          <w:tcPr>
            <w:tcW w:type="dxa" w:w="1360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等级</w:t>
            </w:r>
          </w:p>
        </w:tc>
        <w:tc>
          <w:tcPr>
            <w:tcW w:type="dxa" w:w="1360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地点</w:t>
            </w:r>
          </w:p>
        </w:tc>
        <w:tc>
          <w:tcPr>
            <w:tcW w:type="dxa" w:w="1360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主要奖励</w:t>
            </w:r>
          </w:p>
        </w:tc>
        <w:tc>
          <w:tcPr>
            <w:tcW w:type="dxa" w:w="1360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推荐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周一 / 周三 / 周五 / 周日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19:30–21:30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每日抢粮</w:t>
            </w:r>
            <w:r>
              <w:rPr>
                <w:rFonts w:ascii="微软雅黑" w:hAnsi="微软雅黑" w:eastAsia="微软雅黑"/>
                <w:sz w:val="18"/>
              </w:rPr>
              <w:t>（杀抢粮妖怪→交收粮大爷）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10+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宁海·石塘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经验（第 57 组），每交满 50 袋额外高额经验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周一 / 周三 / 周六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19:00–23:55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世界BOSS·东山岛·霸下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60+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东山岛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经验、霸下（`cha_list` 9701 等级 100）掉落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周一 &amp; 周日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21:05–21:10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跨区争夺战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80+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跨区争夺战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经验、声望、跨区奖励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周二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21:00–21:30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寻仙周二送大礼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20+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全服（邮件礼包）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礼包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周三 / 周六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22:00–22:03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分身竞技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表内未写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分身竞技场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经验、道具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周四 / 周五 / 周六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18:00 提醒、20:30–22:30 备战物资锁定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门派战（宣战 / 应战 / 约战）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门派成员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门派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门派贡献、经验（第 22 组：门派战争积分）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周五 / 周六 / 周日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19:45 匹配开战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仙魔大战·太极谷之争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90+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交易服报名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仙魔战场赛季积分、赛季奖励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周六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15:00–15:30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寻仙周六送大礼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20+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全服（邮件礼包）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礼包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周六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18:00–20:00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白龙活动·皇家猎苑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表内未写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皇家猎苑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骑宠、经验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周六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20:00–22:00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争夺龙珠草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50+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皇家猎苑（PVP）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龙珠草（可交易，用于每月「火云神龙」）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周六 / 周日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14:00–14:20、14:30–14:50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封神榜战场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20+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封神榜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战场积分、经验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周六 / 周日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15:00–15:20 / 15:30–15:50 / 16:00–16:20 / 16:30–16:50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周末战场·枫霜林（4 场，当前开启）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20+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周末战场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战场奖励、经验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每天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20:20–21:26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斗神坛 / 骠骑战（赛季制）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40+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斗神坛 / 骠骑战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经验+金钱（第 48/74 组）、连胜加成、赛季称号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</w:t>
            </w:r>
          </w:p>
        </w:tc>
      </w:tr>
    </w:tbl>
    <w:p/>
    <w:p>
      <w:pPr>
        <w:spacing w:after="80"/>
      </w:pPr>
      <w:r>
        <w:rPr>
          <w:rFonts w:ascii="微软雅黑" w:hAnsi="微软雅黑" w:eastAsia="微软雅黑"/>
          <w:b/>
          <w:sz w:val="21"/>
        </w:rPr>
        <w:t>每月一次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仙魔战场赛季奖励：每月 1 日 19:30–19:55（`world_event` 529/530，周期=1 月）。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斗神坛赛季：每月 1 个赛季，赛季初积分重置并结算，积分前 8 名（不低于等级上限 5 级）得专属称号（`activites.txt` 51）。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龙珠草月初公告上期排名：每月 1–5 日 10:20–23:59（`world_event` 189）。</w:t>
      </w:r>
    </w:p>
    <w:p>
      <w:r>
        <w:br w:type="page"/>
      </w:r>
    </w:p>
    <w:p>
      <w:pPr>
        <w:pStyle w:val="Heading1"/>
      </w:pPr>
      <w:r>
        <w:rPr>
          <w:rFonts w:ascii="微软雅黑" w:hAnsi="微软雅黑" w:eastAsia="微软雅黑"/>
          <w:color w:val="1F3A5F"/>
          <w:sz w:val="30"/>
        </w:rPr>
        <w:t>三、限时活动日历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3.1 二十四节气图卷（全年固定日期，每天 00:00–23:45）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586"/>
        <w:gridCol w:w="1586"/>
        <w:gridCol w:w="1586"/>
        <w:gridCol w:w="1586"/>
        <w:gridCol w:w="1586"/>
        <w:gridCol w:w="1586"/>
      </w:tblGrid>
      <w:tr>
        <w:tc>
          <w:tcPr>
            <w:tcW w:type="dxa" w:w="1586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节气</w:t>
            </w:r>
          </w:p>
        </w:tc>
        <w:tc>
          <w:tcPr>
            <w:tcW w:type="dxa" w:w="1586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日期</w:t>
            </w:r>
          </w:p>
        </w:tc>
        <w:tc>
          <w:tcPr>
            <w:tcW w:type="dxa" w:w="1586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节气</w:t>
            </w:r>
          </w:p>
        </w:tc>
        <w:tc>
          <w:tcPr>
            <w:tcW w:type="dxa" w:w="1586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日期</w:t>
            </w:r>
          </w:p>
        </w:tc>
        <w:tc>
          <w:tcPr>
            <w:tcW w:type="dxa" w:w="1586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节气</w:t>
            </w:r>
          </w:p>
        </w:tc>
        <w:tc>
          <w:tcPr>
            <w:tcW w:type="dxa" w:w="1586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日期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立春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2/3–2/5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小满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5/20–5/22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白露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9/6–9/8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雨水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2/18–2/20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芒种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6/4–6/6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秋分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9/21–9/23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惊蛰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3/4–3/6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夏至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6/20–6/22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寒露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10/7–10/9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春分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3/19–3/21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小暑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7/6–7/8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霜降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10/22–10/24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清明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4/3–4/5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大暑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7/21–7/23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立冬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11/6–11/8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谷雨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4/19–4/21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立秋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8/6–8/9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小雪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11/21–11/23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立夏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5/4–5/6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处暑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8/22–8/24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大雪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12/5–12/8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冬至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12/20–12/23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小寒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1/4–1/6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大寒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1/19–1/21</w:t>
            </w:r>
          </w:p>
        </w:tc>
      </w:tr>
    </w:tbl>
    <w:p/>
    <w:p>
      <w:pPr>
        <w:ind w:left="283"/>
      </w:pPr>
      <w:r>
        <w:rPr>
          <w:rFonts w:ascii="微软雅黑" w:hAnsi="微软雅黑" w:eastAsia="微软雅黑"/>
          <w:i/>
          <w:color w:val="666666"/>
          <w:sz w:val="19"/>
        </w:rPr>
        <w:t>来源：`world_event.txt` id 195–218（周期=0 每年，是否开启=1）。奖励为节气图卷/风物志收集类，具体道具按游戏内为准。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3.2 传统节日活动（活动期内全天，多为 00:05–23:55 或 00:04–23:54）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04"/>
        <w:gridCol w:w="1904"/>
        <w:gridCol w:w="1904"/>
        <w:gridCol w:w="1904"/>
        <w:gridCol w:w="1904"/>
      </w:tblGrid>
      <w:tr>
        <w:tc>
          <w:tcPr>
            <w:tcW w:type="dxa" w:w="1904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节日</w:t>
            </w:r>
          </w:p>
        </w:tc>
        <w:tc>
          <w:tcPr>
            <w:tcW w:type="dxa" w:w="1904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活动名</w:t>
            </w:r>
          </w:p>
        </w:tc>
        <w:tc>
          <w:tcPr>
            <w:tcW w:type="dxa" w:w="1904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开放日期（表内）</w:t>
            </w:r>
          </w:p>
        </w:tc>
        <w:tc>
          <w:tcPr>
            <w:tcW w:type="dxa" w:w="1904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等级</w:t>
            </w:r>
          </w:p>
        </w:tc>
        <w:tc>
          <w:tcPr>
            <w:tcW w:type="dxa" w:w="1904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主要奖励</w:t>
            </w:r>
          </w:p>
        </w:tc>
      </w:tr>
      <w:tr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元旦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天降福星·庆元旦、元旦刷新告示牌/布政使/福神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1/1–1/7（福神 11:00–23:00）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10+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经验、元旦礼包、节日道具</w:t>
            </w:r>
          </w:p>
        </w:tc>
      </w:tr>
      <w:tr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情人节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情人节时刷特使、情人节许愿验真爱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2/11–2/17（许愿 09:00–23:59）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40+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经验、情缘道具</w:t>
            </w:r>
          </w:p>
        </w:tc>
      </w:tr>
      <w:tr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春节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喜糖多多贺新春、春节时刷告示牌/布政使、春节时掉落喜糖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2/17–3/10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10+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经验、春节喜糖、节日消费券/代金券</w:t>
            </w:r>
          </w:p>
        </w:tc>
      </w:tr>
      <w:tr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元宵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正月十五煮元宵、元宵节掉落元宵、元宵节跑马灯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3/3–3/10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10+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元宵（食用得经验+增益）、元宵节礼包</w:t>
            </w:r>
          </w:p>
        </w:tc>
      </w:tr>
      <w:tr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清明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清明时节忙祭祖、清明时节好礼多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4/4–4/10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10+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经验、清明果、清明礼包</w:t>
            </w:r>
          </w:p>
        </w:tc>
      </w:tr>
      <w:tr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五一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五一佳节背蘑菇（每天 5 次）、五一时节好礼多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5/1–5/7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10+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经验、蘑菇、节日代金券</w:t>
            </w:r>
          </w:p>
        </w:tc>
      </w:tr>
      <w:tr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六一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六一的旋转木马、六一时节游园乐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6/1–6/7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10+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经验、神秘礼物、吊篮门票</w:t>
            </w:r>
          </w:p>
        </w:tc>
      </w:tr>
      <w:tr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端午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端午节屈原鬼魂、端午时节好礼多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6/16–6/29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10+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经验、粽叶/糯米/粽子、稀有粽子材料</w:t>
            </w:r>
          </w:p>
        </w:tc>
      </w:tr>
      <w:tr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七夕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七夕月老兑情花、七夕百花仙子现、七夕节月老的考验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8/18–8/24（考验 09:00–23:59）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10/40+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情花、神秘礼物、经验</w:t>
            </w:r>
          </w:p>
        </w:tc>
      </w:tr>
      <w:tr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中秋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中秋佳节送祝福、中秋节掉月饼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9/23–9/29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10+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经验（送祝福双方都得）、月饼</w:t>
            </w:r>
          </w:p>
        </w:tc>
      </w:tr>
      <w:tr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重阳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重阳聚酒赏菊花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10/13–10/19（每天 1 次）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20+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经验、菊花酒、菊花糕</w:t>
            </w:r>
          </w:p>
        </w:tc>
      </w:tr>
      <w:tr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万圣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万圣节系列（红/黑/蓝/绿/黄糖果掉落）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10/17–10/31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10+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糖果、万圣节宝箱（</w:t>
            </w:r>
            <w:r>
              <w:rPr>
                <w:rFonts w:ascii="微软雅黑" w:hAnsi="微软雅黑" w:eastAsia="微软雅黑"/>
                <w:b/>
                <w:sz w:val="18"/>
              </w:rPr>
              <w:t>表内开关=0，未开启</w:t>
            </w:r>
            <w:r>
              <w:rPr>
                <w:rFonts w:ascii="微软雅黑" w:hAnsi="微软雅黑" w:eastAsia="微软雅黑"/>
                <w:sz w:val="18"/>
              </w:rPr>
              <w:t>）</w:t>
            </w:r>
          </w:p>
        </w:tc>
      </w:tr>
      <w:tr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光棍节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单身贵族来除妖、光棍时节好礼多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11/11–11/17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10+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经验、光棍节礼包</w:t>
            </w:r>
          </w:p>
        </w:tc>
      </w:tr>
      <w:tr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圣诞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圣诞时节好礼多、圣诞老人的降临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12/25–1/3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10+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经验、节日消费券、圣诞礼包（</w:t>
            </w:r>
            <w:r>
              <w:rPr>
                <w:rFonts w:ascii="微软雅黑" w:hAnsi="微软雅黑" w:eastAsia="微软雅黑"/>
                <w:b/>
                <w:sz w:val="18"/>
              </w:rPr>
              <w:t>部分开关=0</w:t>
            </w:r>
            <w:r>
              <w:rPr>
                <w:rFonts w:ascii="微软雅黑" w:hAnsi="微软雅黑" w:eastAsia="微软雅黑"/>
                <w:sz w:val="18"/>
              </w:rPr>
              <w:t>）</w:t>
            </w:r>
          </w:p>
        </w:tc>
      </w:tr>
    </w:tbl>
    <w:p/>
    <w:p>
      <w:pPr>
        <w:ind w:left="283"/>
      </w:pPr>
      <w:r>
        <w:rPr>
          <w:rFonts w:ascii="微软雅黑" w:hAnsi="微软雅黑" w:eastAsia="微软雅黑"/>
          <w:i/>
          <w:color w:val="666666"/>
          <w:sz w:val="19"/>
        </w:rPr>
        <w:t>来源：`world_event.txt` 周期=4（指定日期段）条目 + `activites.txt` 同名说明。</w:t>
      </w:r>
      <w:r>
        <w:rPr>
          <w:rFonts w:ascii="微软雅黑" w:hAnsi="微软雅黑" w:eastAsia="微软雅黑"/>
          <w:b/>
          <w:i/>
          <w:color w:val="666666"/>
          <w:sz w:val="19"/>
        </w:rPr>
        <w:t>注意：这些日期是 2010–2015 年写死的，当前是否复刻要看运营配置；开关=0 的已注明。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3.3 其他限时 / 赛季型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379"/>
        <w:gridCol w:w="2379"/>
        <w:gridCol w:w="2379"/>
        <w:gridCol w:w="2379"/>
      </w:tblGrid>
      <w:tr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类型</w:t>
            </w:r>
          </w:p>
        </w:tc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活动</w:t>
            </w:r>
          </w:p>
        </w:tc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时间</w:t>
            </w:r>
          </w:p>
        </w:tc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说明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周末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周末双倍经验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`world_event` id 50：2015-01-01 14:00–17:00（一次性配置）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表内仅此一条</w:t>
            </w:r>
            <w:r>
              <w:rPr>
                <w:rFonts w:ascii="微软雅黑" w:hAnsi="微软雅黑" w:eastAsia="微软雅黑"/>
                <w:sz w:val="18"/>
              </w:rPr>
              <w:t>，周末双倍是否常态开启以游戏内为准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周末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周末战场宣传广播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每天 10:30–11:00、21:30–22:00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只是广播，不是活动本体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嘉年华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周一/三/五/六/日嘉年华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20:00–22:00（间隔 10 分钟）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`world_event` id 11–15 全部开关=0，当前关闭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赛季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斗神坛 / 骠骑战 / 仙魔战场 / 决战马拉卡纳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见第二节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赛季制，赛季末结算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新服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【新服】冲级享豪礼 / 乱斗集结令 / 挑战京城塔·茅山塔·通天塔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表内写 00:05–23:55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仅新服，`activites.txt` 336/359/225/227/228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回归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重登寻仙路 / 重踏寻仙路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全天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40+ 回归玩家专属，`activites.txt` 108/234</w:t>
            </w:r>
          </w:p>
        </w:tc>
      </w:tr>
    </w:tbl>
    <w:p/>
    <w:p>
      <w:r>
        <w:br w:type="page"/>
      </w:r>
    </w:p>
    <w:p>
      <w:pPr>
        <w:pStyle w:val="Heading1"/>
      </w:pPr>
      <w:r>
        <w:rPr>
          <w:rFonts w:ascii="微软雅黑" w:hAnsi="微软雅黑" w:eastAsia="微软雅黑"/>
          <w:color w:val="1F3A5F"/>
          <w:sz w:val="30"/>
        </w:rPr>
        <w:t>四、副本清单（按等级段）</w:t>
      </w:r>
    </w:p>
    <w:p>
      <w:pPr>
        <w:ind w:left="283"/>
      </w:pPr>
      <w:r>
        <w:rPr>
          <w:rFonts w:ascii="微软雅黑" w:hAnsi="微软雅黑" w:eastAsia="微软雅黑"/>
          <w:i/>
          <w:color w:val="666666"/>
          <w:sz w:val="19"/>
        </w:rPr>
        <w:t xml:space="preserve">来源：`mb\scn\copyin.txt`（副本名称 / Area ID / 副本类别 / </w:t>
      </w:r>
      <w:r>
        <w:rPr>
          <w:rFonts w:ascii="微软雅黑" w:hAnsi="微软雅黑" w:eastAsia="微软雅黑"/>
          <w:b/>
          <w:i/>
          <w:color w:val="666666"/>
          <w:sz w:val="19"/>
        </w:rPr>
        <w:t>建议等级</w:t>
      </w:r>
      <w:r>
        <w:rPr>
          <w:rFonts w:ascii="微软雅黑" w:hAnsi="微软雅黑" w:eastAsia="微软雅黑"/>
          <w:i/>
          <w:color w:val="666666"/>
          <w:sz w:val="19"/>
        </w:rPr>
        <w:t xml:space="preserve"> / </w:t>
      </w:r>
      <w:r>
        <w:rPr>
          <w:rFonts w:ascii="微软雅黑" w:hAnsi="微软雅黑" w:eastAsia="微软雅黑"/>
          <w:b/>
          <w:i/>
          <w:color w:val="666666"/>
          <w:sz w:val="19"/>
        </w:rPr>
        <w:t>金钱</w:t>
      </w:r>
      <w:r>
        <w:rPr>
          <w:rFonts w:ascii="微软雅黑" w:hAnsi="微软雅黑" w:eastAsia="微软雅黑"/>
          <w:i/>
          <w:color w:val="666666"/>
          <w:sz w:val="19"/>
        </w:rPr>
        <w:t xml:space="preserve"> / 神运 / 跨区对应场景ID / “我是高手”战力线）。</w:t>
      </w:r>
    </w:p>
    <w:p>
      <w:pPr>
        <w:ind w:left="283"/>
      </w:pPr>
      <w:r>
        <w:rPr>
          <w:rFonts w:ascii="微软雅黑" w:hAnsi="微软雅黑" w:eastAsia="微软雅黑"/>
          <w:i/>
          <w:color w:val="666666"/>
          <w:sz w:val="19"/>
        </w:rPr>
        <w:t>“金钱”列是</w:t>
      </w:r>
      <w:r>
        <w:rPr>
          <w:rFonts w:ascii="微软雅黑" w:hAnsi="微软雅黑" w:eastAsia="微软雅黑"/>
          <w:b/>
          <w:i/>
          <w:color w:val="666666"/>
          <w:sz w:val="19"/>
        </w:rPr>
        <w:t>通关基础金钱</w:t>
      </w:r>
      <w:r>
        <w:rPr>
          <w:rFonts w:ascii="微软雅黑" w:hAnsi="微软雅黑" w:eastAsia="微软雅黑"/>
          <w:i/>
          <w:color w:val="666666"/>
          <w:sz w:val="19"/>
        </w:rPr>
        <w:t>，不含掉落；“神运=1”表示该副本吃神运值翻倍加成。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60"/>
        <w:gridCol w:w="1360"/>
        <w:gridCol w:w="1360"/>
        <w:gridCol w:w="1360"/>
        <w:gridCol w:w="1360"/>
        <w:gridCol w:w="1360"/>
        <w:gridCol w:w="1360"/>
      </w:tblGrid>
      <w:tr>
        <w:tc>
          <w:tcPr>
            <w:tcW w:type="dxa" w:w="1360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建议等级</w:t>
            </w:r>
          </w:p>
        </w:tc>
        <w:tc>
          <w:tcPr>
            <w:tcW w:type="dxa" w:w="1360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副本</w:t>
            </w:r>
          </w:p>
        </w:tc>
        <w:tc>
          <w:tcPr>
            <w:tcW w:type="dxa" w:w="1360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类别</w:t>
            </w:r>
          </w:p>
        </w:tc>
        <w:tc>
          <w:tcPr>
            <w:tcW w:type="dxa" w:w="1360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通关金钱</w:t>
            </w:r>
          </w:p>
        </w:tc>
        <w:tc>
          <w:tcPr>
            <w:tcW w:type="dxa" w:w="1360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神运</w:t>
            </w:r>
          </w:p>
        </w:tc>
        <w:tc>
          <w:tcPr>
            <w:tcW w:type="dxa" w:w="1360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跨区版</w:t>
            </w:r>
          </w:p>
        </w:tc>
        <w:tc>
          <w:tcPr>
            <w:tcW w:type="dxa" w:w="1360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高手线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12–16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宁海平妖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普通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200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有(510)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10,000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18–25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黄风洞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普通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200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有(509)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10,000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25–30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虫谷历险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普通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800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有(511)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15,000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30–35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葫芦山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普通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1,000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有(512)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15,000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35–40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龙门水府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普通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1,300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有(514)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15,000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40–45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通天阴谋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普通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1,500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有(515)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20,000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40–50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风云劫</w:t>
            </w:r>
            <w:r>
              <w:rPr>
                <w:rFonts w:ascii="微软雅黑" w:hAnsi="微软雅黑" w:eastAsia="微软雅黑"/>
                <w:sz w:val="18"/>
              </w:rPr>
              <w:t>（劫境）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劫境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2,000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40–50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黄金海岸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普通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1,500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有(516)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20,000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48–58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皇陵穹顶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普通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1,800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有(518)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25,000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50–60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飞越宁海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普通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2,000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有(519)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25,000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55–65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百鬼夜行阵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普通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2,400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有(521)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30,000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60–70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天雷劫境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劫境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2,200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60–70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倩女幽魂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普通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2,500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有(522)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30,000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60–70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虫谷历险【挑战】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挑战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4,000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60–70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普通封魔台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封魔台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2,200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65–75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黑松观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普通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2,500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有(523)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35,000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65–75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渔盆（地牢）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普通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2,800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有(524)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35,000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68–80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皇陵地宫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普通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2,800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有(526)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40,000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70–80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葫芦山【挑战】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挑战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4,000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75–85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三头火鸟副本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4,500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80–90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封魔台【挑战】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挑战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5,000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80–90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十方劫境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劫境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5,000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80–90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碧萝仙府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普通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6,000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85–90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黑风岭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6,000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90–95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千蛛洞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7,000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90–95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【九蛇试炼】神龙殿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7,000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90–95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灵谷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普通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6,800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90–100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轮回道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普通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7,300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90–100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宸虎道观【普通】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普通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7,500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90–100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宸虎道观【简单】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普通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7,500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90–100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灵谷幽地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7,700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90–100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白骨洞【普通】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普通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8,000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90–100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白骨洞【简单】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普通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8,000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90–100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伏魔不周山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普通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8,000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95–100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闯三关【普通】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普通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10,000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95–100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闯三关【简单】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普通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10,000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98–100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玉灵山【简单】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普通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10,000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98–100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玉灵山【普通】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普通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10,000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</w:tr>
    </w:tbl>
    <w:p/>
    <w:p>
      <w:pPr>
        <w:spacing w:after="80"/>
      </w:pPr>
      <w:r>
        <w:rPr>
          <w:rFonts w:ascii="微软雅黑" w:hAnsi="微软雅黑" w:eastAsia="微软雅黑"/>
          <w:b/>
          <w:sz w:val="21"/>
        </w:rPr>
        <w:t>按等级段快速选本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475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等级</w:t>
            </w:r>
          </w:p>
        </w:tc>
        <w:tc>
          <w:tcPr>
            <w:tcW w:type="dxa" w:w="475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推荐副本（性价比顺序）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10–19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宁海平妖 → 黄风洞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20–29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黄风洞 → 虫谷历险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30–39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虫谷历险 → 葫芦山 → 龙门水府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40–49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龙门水府 → 通天阴谋 → 黄金海岸（神运）→ 风云劫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50–59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皇陵穹顶（神运）→ 飞越宁海（神运）→ 百鬼夜行阵（神运）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60–69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百鬼夜行阵 → 倩女幽魂（神运）→ 黑松观（神运）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70–79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黑松观 → 渔盆（神运）→ 皇陵地宫（神运）→ 葫芦山【挑战】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80–89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皇陵地宫 → 封魔台【挑战】→ 十方劫境 → 碧萝仙府（神运）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90–94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碧萝仙府 → 千蛛洞 → 灵谷（神运）→ 神龙殿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95–100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轮回道 → 宸虎道观 → 白骨洞 → 闯三关【普通】→ 玉灵山【普通】（金钱最高 10,000/次）</w:t>
            </w:r>
          </w:p>
        </w:tc>
      </w:tr>
    </w:tbl>
    <w:p/>
    <w:p>
      <w:pPr>
        <w:ind w:left="283"/>
      </w:pPr>
      <w:r>
        <w:rPr>
          <w:rFonts w:ascii="微软雅黑" w:hAnsi="微软雅黑" w:eastAsia="微软雅黑"/>
          <w:i/>
          <w:color w:val="666666"/>
          <w:sz w:val="19"/>
        </w:rPr>
        <w:t>另有大量小游戏 / 生活副本未计入上表：迷宫（21 个实例，限时 260/620/920 秒）、钓鱼（天涯海角 / 星月岛 / 蓬莱岛一角 / 钱宁河滩 / 鹦鹉洲，335 秒）、捕捉（硕鼠洞 / 野狼沟 / 鹿苑 / 黑土林地，635 秒）、山羊道副本（605 秒）、宁城后山 / 紫岚后山（1,800 秒）、寻宝迷宫（660 秒）、欢乐黄金岛（900 秒）、擂台（宁海 / 石塘 / 京城）。来源 `scn\scn_info.txt`。</w:t>
      </w:r>
    </w:p>
    <w:p>
      <w:r>
        <w:br w:type="page"/>
      </w:r>
    </w:p>
    <w:p>
      <w:pPr>
        <w:pStyle w:val="Heading1"/>
      </w:pPr>
      <w:r>
        <w:rPr>
          <w:rFonts w:ascii="微软雅黑" w:hAnsi="微软雅黑" w:eastAsia="微软雅黑"/>
          <w:color w:val="1F3A5F"/>
          <w:sz w:val="30"/>
        </w:rPr>
        <w:t>五、活动奖励汇总表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5.1 活动奖励参数（`award_para.txt`，按等级取基准值）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586"/>
        <w:gridCol w:w="1586"/>
        <w:gridCol w:w="1586"/>
        <w:gridCol w:w="1586"/>
        <w:gridCol w:w="1586"/>
        <w:gridCol w:w="1586"/>
      </w:tblGrid>
      <w:tr>
        <w:tc>
          <w:tcPr>
            <w:tcW w:type="dxa" w:w="1586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活动（组号）</w:t>
            </w:r>
          </w:p>
        </w:tc>
        <w:tc>
          <w:tcPr>
            <w:tcW w:type="dxa" w:w="1586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20级</w:t>
            </w:r>
          </w:p>
        </w:tc>
        <w:tc>
          <w:tcPr>
            <w:tcW w:type="dxa" w:w="1586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40级</w:t>
            </w:r>
          </w:p>
        </w:tc>
        <w:tc>
          <w:tcPr>
            <w:tcW w:type="dxa" w:w="1586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60级</w:t>
            </w:r>
          </w:p>
        </w:tc>
        <w:tc>
          <w:tcPr>
            <w:tcW w:type="dxa" w:w="1586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80级</w:t>
            </w:r>
          </w:p>
        </w:tc>
        <w:tc>
          <w:tcPr>
            <w:tcW w:type="dxa" w:w="1586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100级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生存活动 / 孤岛寻宝（5）经验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585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885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3,155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5,740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6,940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保卫粮仓（6）经验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15,000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90,000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120,000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150,000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打地鼠（7）经验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2,925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6,900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60,000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100,000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140,000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骑乘对抗·集体（25）经验 / 金钱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59,840 / 5,000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114,240 / 25,000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408,000 / 50,000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800,000 / 90,000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1,360,000 / 100,000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骑乘对抗·个人（26）经验 / 金钱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300 / 150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600 / 255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3,000 / 1,050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6,500 / 1,600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7,000 / 1,800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门派摇钱树（28）经验 / 金钱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50 / 0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100 / 0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250 / 0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1,020 / 41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1,949 / 57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世界刷BOSS（29）经验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4,650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7,650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60,000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105,000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111,000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斗神坛（48）经验 / 金钱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5,600 / 1,120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16,800 / 3,360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125,300 / 25,060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251,300 / 50,260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每日抢粮（57）经验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7,080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13,648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24,763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31,046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38,438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每日推荐（63）经验 / 金钱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5,353 / 0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13,617 / 240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66,489 / 720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205,329 / 5,200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322,522 / 10,800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骠骑战（74）经验 / 金钱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5,600 / 14,000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16,800 / 28,000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125,300 / 56,000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251,300 / 70,000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门派战争积分（22）经验 / 金钱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4,350 / 544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12,600 / 1,575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27,600 / 3,450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45,600 / 5,700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63,600 / 7,950</w:t>
            </w:r>
          </w:p>
        </w:tc>
      </w:tr>
    </w:tbl>
    <w:p/>
    <w:p>
      <w:pPr>
        <w:ind w:left="283"/>
      </w:pPr>
      <w:r>
        <w:rPr>
          <w:rFonts w:ascii="微软雅黑" w:hAnsi="微软雅黑" w:eastAsia="微软雅黑"/>
          <w:i/>
          <w:color w:val="666666"/>
          <w:sz w:val="19"/>
        </w:rPr>
        <w:t>说明：这是</w:t>
      </w:r>
      <w:r>
        <w:rPr>
          <w:rFonts w:ascii="微软雅黑" w:hAnsi="微软雅黑" w:eastAsia="微软雅黑"/>
          <w:b/>
          <w:i/>
          <w:color w:val="666666"/>
          <w:sz w:val="19"/>
        </w:rPr>
        <w:t>满额基准</w:t>
      </w:r>
      <w:r>
        <w:rPr>
          <w:rFonts w:ascii="微软雅黑" w:hAnsi="微软雅黑" w:eastAsia="微软雅黑"/>
          <w:i/>
          <w:color w:val="666666"/>
          <w:sz w:val="19"/>
        </w:rPr>
        <w:t>。`award_list` 实际写成“组号\*百分比”，例如打地鼠 6000 分以上第一名 `7*100`＝100%，4001–6000 段按名次 80/75/70/65%，2001–4000 段 60/55/50/45%，1–2000 段 40/35/30/25%。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5.2 签到（`signindaily_award.txt`，6 个等级段 × 12 个月）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379"/>
        <w:gridCol w:w="2379"/>
        <w:gridCol w:w="2379"/>
        <w:gridCol w:w="2379"/>
      </w:tblGrid>
      <w:tr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等级段</w:t>
            </w:r>
          </w:p>
        </w:tc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累计 5 天</w:t>
            </w:r>
          </w:p>
        </w:tc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累计 10 天</w:t>
            </w:r>
          </w:p>
        </w:tc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累计 20 天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20–40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超级舞王秘笈（绑定）×2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法宝幻化：熊猫（绑定）×1、十级蓝田古玉（赠品）×3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群仙符（赠品）×50、石塘拾荒大礼包（绑定）×3、二阶刑兵玦×1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41–60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逍遥舞王秘笈（绑定）×5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独山玉（绑定）×2、十级蓝田古玉（赠品）×3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群仙符（赠品）×50、京城拾荒大礼包（绑定）×3、三阶冲斗玦×2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61–80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逍遥舞王秘笈（绑定）×5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独山玉（绑定）×3、十级蓝田古玉（赠品）×4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群仙符（赠品）×50、茅山拾荒大礼包（绑定）×3、三阶冲斗玦×3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81–90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高级侍宠玩具（绑定）×2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橙色魂玉（绑定）×4、十级蓝田古玉（赠品）×4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好运礼包×1、通天河拾荒大礼包（绑定）×3、四阶贤者玦×2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91–99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高级侍宠玩具（绑定）×2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橙色魂玉（绑定）×5、八级和田玉（绑定）×5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好运礼包×2、摩云山拾荒大礼包（绑定）×3、四阶贤者玦×3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100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高级侍宠玩具（绑定）×2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高级归元葫芦（侍宠绑定）×2、八级和田玉（绑定）×6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好运礼包×3、摩云山拾荒大礼包（绑定）×4、初级转灵符（绑定）×1</w:t>
            </w:r>
          </w:p>
        </w:tc>
      </w:tr>
    </w:tbl>
    <w:p/>
    <w:p>
      <w:pPr>
        <w:ind w:left="283"/>
      </w:pPr>
      <w:r>
        <w:rPr>
          <w:rFonts w:ascii="微软雅黑" w:hAnsi="微软雅黑" w:eastAsia="微软雅黑"/>
          <w:i/>
          <w:color w:val="666666"/>
          <w:sz w:val="19"/>
        </w:rPr>
        <w:t>上表是「第 1 月」配置；表内 2–12 月各有一套同档位、不同道具的配置（如 4 月档出现 `天禧宝钞（35砖绑定）`、`定魂石（绑定）` 等）。</w:t>
      </w:r>
      <w:r>
        <w:rPr>
          <w:rFonts w:ascii="微软雅黑" w:hAnsi="微软雅黑" w:eastAsia="微软雅黑"/>
          <w:b/>
          <w:i/>
          <w:color w:val="666666"/>
          <w:sz w:val="19"/>
        </w:rPr>
        <w:t>签到奖励逐月不同，请在游戏里看当月签到面板。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5.3 在线奖励（`playeronline_gift.txt`）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173"/>
        <w:gridCol w:w="3173"/>
        <w:gridCol w:w="3173"/>
      </w:tblGrid>
      <w:tr>
        <w:tc>
          <w:tcPr>
            <w:tcW w:type="dxa" w:w="3173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在线时长</w:t>
            </w:r>
          </w:p>
        </w:tc>
        <w:tc>
          <w:tcPr>
            <w:tcW w:type="dxa" w:w="3173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奖励</w:t>
            </w:r>
          </w:p>
        </w:tc>
        <w:tc>
          <w:tcPr>
            <w:tcW w:type="dxa" w:w="3173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NPC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4 小时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铁钱箱×1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在线奖励 NPC 5674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6 小时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正气诀×1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同上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8 小时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尼泊尔风情帽（女）×1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同上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12 小时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民族装（男）×1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同上</w:t>
            </w:r>
          </w:p>
        </w:tc>
      </w:tr>
    </w:tbl>
    <w:p/>
    <w:p>
      <w:pPr>
        <w:ind w:left="283"/>
      </w:pPr>
      <w:r>
        <w:rPr>
          <w:rFonts w:ascii="微软雅黑" w:hAnsi="微软雅黑" w:eastAsia="微软雅黑"/>
          <w:i/>
          <w:color w:val="666666"/>
          <w:sz w:val="19"/>
        </w:rPr>
        <w:t xml:space="preserve">⚠ 该表「活动是否开启」列为 </w:t>
      </w:r>
      <w:r>
        <w:rPr>
          <w:rFonts w:ascii="微软雅黑" w:hAnsi="微软雅黑" w:eastAsia="微软雅黑"/>
          <w:b/>
          <w:i/>
          <w:color w:val="666666"/>
          <w:sz w:val="19"/>
        </w:rPr>
        <w:t>0（关闭）</w:t>
      </w:r>
      <w:r>
        <w:rPr>
          <w:rFonts w:ascii="微软雅黑" w:hAnsi="微软雅黑" w:eastAsia="微软雅黑"/>
          <w:i/>
          <w:color w:val="666666"/>
          <w:sz w:val="19"/>
        </w:rPr>
        <w:t>，本服当前</w:t>
      </w:r>
      <w:r>
        <w:rPr>
          <w:rFonts w:ascii="微软雅黑" w:hAnsi="微软雅黑" w:eastAsia="微软雅黑"/>
          <w:b/>
          <w:i/>
          <w:color w:val="666666"/>
          <w:sz w:val="19"/>
        </w:rPr>
        <w:t>没开在线奖励</w:t>
      </w:r>
      <w:r>
        <w:rPr>
          <w:rFonts w:ascii="微软雅黑" w:hAnsi="微软雅黑" w:eastAsia="微软雅黑"/>
          <w:i/>
          <w:color w:val="666666"/>
          <w:sz w:val="19"/>
        </w:rPr>
        <w:t>；如后续开启按上表发放。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5.4 门派跑环（`quest_info.txt` 分类 1070）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379"/>
        <w:gridCol w:w="2379"/>
        <w:gridCol w:w="2379"/>
        <w:gridCol w:w="2379"/>
      </w:tblGrid>
      <w:tr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等级段</w:t>
            </w:r>
          </w:p>
        </w:tc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每环经验</w:t>
            </w:r>
          </w:p>
        </w:tc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每环金钱（流通）</w:t>
            </w:r>
          </w:p>
        </w:tc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每环绑定金钱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20–40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2,000 ~ 4,000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200 ~ 1,000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1,500 ~ 2,000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41–59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5,000 ~ 8,000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1,500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2,250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60–80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8,000 ~ 12,000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2,000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3,000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81–90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40,000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3,500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91–99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60,000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4,000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100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60,000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4,000</w:t>
            </w:r>
          </w:p>
        </w:tc>
      </w:tr>
    </w:tbl>
    <w:p/>
    <w:p>
      <w:pPr>
        <w:spacing w:after="80"/>
      </w:pPr>
      <w:r>
        <w:rPr>
          <w:rFonts w:ascii="微软雅黑" w:hAnsi="微软雅黑" w:eastAsia="微软雅黑"/>
          <w:b/>
          <w:sz w:val="21"/>
        </w:rPr>
        <w:t>各城跑环入口</w:t>
      </w:r>
      <w:r>
        <w:rPr>
          <w:rFonts w:ascii="微软雅黑" w:hAnsi="微软雅黑" w:eastAsia="微软雅黑"/>
          <w:sz w:val="21"/>
        </w:rPr>
        <w:t>（`quest_info.txt` 分类 1070 + `fast_comquest_loop.txt`）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04"/>
        <w:gridCol w:w="1904"/>
        <w:gridCol w:w="1904"/>
        <w:gridCol w:w="1904"/>
        <w:gridCol w:w="1904"/>
      </w:tblGrid>
      <w:tr>
        <w:tc>
          <w:tcPr>
            <w:tcW w:type="dxa" w:w="1904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城市</w:t>
            </w:r>
          </w:p>
        </w:tc>
        <w:tc>
          <w:tcPr>
            <w:tcW w:type="dxa" w:w="1904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任务名</w:t>
            </w:r>
          </w:p>
        </w:tc>
        <w:tc>
          <w:tcPr>
            <w:tcW w:type="dxa" w:w="1904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等级</w:t>
            </w:r>
          </w:p>
        </w:tc>
        <w:tc>
          <w:tcPr>
            <w:tcW w:type="dxa" w:w="1904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基础经验</w:t>
            </w:r>
          </w:p>
        </w:tc>
        <w:tc>
          <w:tcPr>
            <w:tcW w:type="dxa" w:w="1904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速成 NPC</w:t>
            </w:r>
          </w:p>
        </w:tc>
      </w:tr>
      <w:tr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宁海县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【门派】宁海县门派跑环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20–40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300 起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</w:tr>
      <w:tr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石塘县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【门派】石塘县门派跑环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31–40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500 起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2336（石塘跑环速成）</w:t>
            </w:r>
          </w:p>
        </w:tc>
      </w:tr>
      <w:tr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京城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【门派】京城门派跑环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41–62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700 起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3597</w:t>
            </w:r>
          </w:p>
        </w:tc>
      </w:tr>
      <w:tr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茅山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【门派】茅山门派跑环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60–80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1,200 起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4157</w:t>
            </w:r>
          </w:p>
        </w:tc>
      </w:tr>
      <w:tr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通天河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【门派】通天河门派跑环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81–90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3,500 起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25256~25259</w:t>
            </w:r>
          </w:p>
        </w:tc>
      </w:tr>
      <w:tr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摩云山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【门派】摩云山门派跑环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91–100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4,000 起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</w:tr>
    </w:tbl>
    <w:p/>
    <w:p>
      <w:pPr>
        <w:ind w:left="283"/>
      </w:pPr>
      <w:r>
        <w:rPr>
          <w:rFonts w:ascii="微软雅黑" w:hAnsi="微软雅黑" w:eastAsia="微软雅黑"/>
          <w:i/>
          <w:color w:val="666666"/>
          <w:sz w:val="19"/>
        </w:rPr>
        <w:t>跑环速成消耗道具：石塘 `50105×1 + 9980×1`、京城 `50106×1 + 9981×1`、茅山 `50107×1 + 9982×1`、地府 `50108×1 + 9995×1`、东山岛 `50109×1 + 9996×1`、通天河 `50232×1 + 51006×1`。环数表内未写，按游戏内。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5.5 PVP / 对抗类奖励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04"/>
        <w:gridCol w:w="1904"/>
        <w:gridCol w:w="1904"/>
        <w:gridCol w:w="1904"/>
        <w:gridCol w:w="1904"/>
      </w:tblGrid>
      <w:tr>
        <w:tc>
          <w:tcPr>
            <w:tcW w:type="dxa" w:w="1904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活动</w:t>
            </w:r>
          </w:p>
        </w:tc>
        <w:tc>
          <w:tcPr>
            <w:tcW w:type="dxa" w:w="1904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胜利</w:t>
            </w:r>
          </w:p>
        </w:tc>
        <w:tc>
          <w:tcPr>
            <w:tcW w:type="dxa" w:w="1904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失败</w:t>
            </w:r>
          </w:p>
        </w:tc>
        <w:tc>
          <w:tcPr>
            <w:tcW w:type="dxa" w:w="1904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平局</w:t>
            </w:r>
          </w:p>
        </w:tc>
        <w:tc>
          <w:tcPr>
            <w:tcW w:type="dxa" w:w="1904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声望</w:t>
            </w:r>
          </w:p>
        </w:tc>
      </w:tr>
      <w:tr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对抗活动（抢滩登陆 / 对抗副本）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功勋印记×2~3 + 经验（第 25 组×125%）+ 金钱（第 25 组×100%）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功勋印记×1 + 经验×100% + 金钱×50%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功勋印记×1 + 经验×100% + 金钱×25%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胜 200 / 负 100 / 平 100</w:t>
            </w:r>
          </w:p>
        </w:tc>
      </w:tr>
      <w:tr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骑乘对抗（等级段 20–100）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同上（award 2452~2454）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同上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同上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同上</w:t>
            </w:r>
          </w:p>
        </w:tc>
      </w:tr>
      <w:tr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对抗副本【枫霜林】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同上（award 392~398）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同上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同上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同上</w:t>
            </w:r>
          </w:p>
        </w:tc>
      </w:tr>
      <w:tr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场景未开启补偿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经验（第 27 组×100%，award 2479）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</w:tr>
      <w:tr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自动炮台最后一击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额外道具（award 2517）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</w:tr>
    </w:tbl>
    <w:p/>
    <w:p>
      <w:pPr>
        <w:ind w:left="283"/>
      </w:pPr>
      <w:r>
        <w:rPr>
          <w:rFonts w:ascii="微软雅黑" w:hAnsi="微软雅黑" w:eastAsia="微软雅黑"/>
          <w:i/>
          <w:color w:val="666666"/>
          <w:sz w:val="19"/>
        </w:rPr>
        <w:t xml:space="preserve">来源：`fighting_reward.txt`、`award_list.txt` 2452/2453/2454/2479/2517、`award_para.txt` 第 25/26/27 组。个人积分参数统一 </w:t>
      </w:r>
      <w:r>
        <w:rPr>
          <w:rFonts w:ascii="微软雅黑" w:hAnsi="微软雅黑" w:eastAsia="微软雅黑"/>
          <w:b/>
          <w:i/>
          <w:color w:val="666666"/>
          <w:sz w:val="19"/>
        </w:rPr>
        <w:t>300</w:t>
      </w:r>
      <w:r>
        <w:rPr>
          <w:rFonts w:ascii="微软雅黑" w:hAnsi="微软雅黑" w:eastAsia="微软雅黑"/>
          <w:i/>
          <w:color w:val="666666"/>
          <w:sz w:val="19"/>
        </w:rPr>
        <w:t>；“兑换道具奖励”列即功勋印记（item 12500）。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5.6 打地鼠（按积分段，`dds_bonus.txt` + `award_list.txt` 1704–1719）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04"/>
        <w:gridCol w:w="1904"/>
        <w:gridCol w:w="1904"/>
        <w:gridCol w:w="1904"/>
        <w:gridCol w:w="1904"/>
      </w:tblGrid>
      <w:tr>
        <w:tc>
          <w:tcPr>
            <w:tcW w:type="dxa" w:w="1904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积分段</w:t>
            </w:r>
          </w:p>
        </w:tc>
        <w:tc>
          <w:tcPr>
            <w:tcW w:type="dxa" w:w="1904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第 1 名</w:t>
            </w:r>
          </w:p>
        </w:tc>
        <w:tc>
          <w:tcPr>
            <w:tcW w:type="dxa" w:w="1904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第 2 名</w:t>
            </w:r>
          </w:p>
        </w:tc>
        <w:tc>
          <w:tcPr>
            <w:tcW w:type="dxa" w:w="1904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第 3 名</w:t>
            </w:r>
          </w:p>
        </w:tc>
        <w:tc>
          <w:tcPr>
            <w:tcW w:type="dxa" w:w="1904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第 4 名</w:t>
            </w:r>
          </w:p>
        </w:tc>
      </w:tr>
      <w:tr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6,000 以上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 100% + 金钱 1,800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95% + 1,400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90% + 800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85% + 200</w:t>
            </w:r>
          </w:p>
        </w:tc>
      </w:tr>
      <w:tr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4,001–6,000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80% + 1,800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75% + 1,400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70% + 800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65% + 200</w:t>
            </w:r>
          </w:p>
        </w:tc>
      </w:tr>
      <w:tr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2,001–4,000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60% + 1,800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55% + 1,400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50% + 800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45% + 200</w:t>
            </w:r>
          </w:p>
        </w:tc>
      </w:tr>
      <w:tr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1–2,000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40% + 1,800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35% + 1,400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30% + 800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8"/>
              </w:rPr>
              <w:t>25% + 200</w:t>
            </w:r>
          </w:p>
        </w:tc>
      </w:tr>
    </w:tbl>
    <w:p/>
    <w:p>
      <w:pPr>
        <w:ind w:left="283"/>
      </w:pPr>
      <w:r>
        <w:rPr>
          <w:rFonts w:ascii="微软雅黑" w:hAnsi="微软雅黑" w:eastAsia="微软雅黑"/>
          <w:i/>
          <w:color w:val="666666"/>
          <w:sz w:val="19"/>
        </w:rPr>
        <w:t>百分比 × `award_para` 第 7 组（打地鼠经验）。土块 50 金、石块 100 金、铁块 200 金（award 1701~1703）。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5.7 保卫粮仓（`liangcangaward.txt` → award 2110–2120）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475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个人积分档</w:t>
            </w:r>
          </w:p>
        </w:tc>
        <w:tc>
          <w:tcPr>
            <w:tcW w:type="dxa" w:w="475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奖励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0–3,000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 60,000（固定值 award 2110）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3,000–5,000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 ＝ 第 6 组 ×150%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5,000 分以上逐档递增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 ＝ 第 6 组 ×百分比，最高档 21,000–23,000 分＝×710%</w:t>
            </w:r>
          </w:p>
        </w:tc>
      </w:tr>
    </w:tbl>
    <w:p/>
    <w:p>
      <w:pPr>
        <w:ind w:left="283"/>
      </w:pPr>
      <w:r>
        <w:rPr>
          <w:rFonts w:ascii="微软雅黑" w:hAnsi="微软雅黑" w:eastAsia="微软雅黑"/>
          <w:i/>
          <w:color w:val="666666"/>
          <w:sz w:val="19"/>
        </w:rPr>
        <w:t xml:space="preserve">积分在活动结束时找 </w:t>
      </w:r>
      <w:r>
        <w:rPr>
          <w:rFonts w:ascii="微软雅黑" w:hAnsi="微软雅黑" w:eastAsia="微软雅黑"/>
          <w:b/>
          <w:i/>
          <w:color w:val="666666"/>
          <w:sz w:val="19"/>
        </w:rPr>
        <w:t>张二叔</w:t>
      </w:r>
      <w:r>
        <w:rPr>
          <w:rFonts w:ascii="微软雅黑" w:hAnsi="微软雅黑" w:eastAsia="微软雅黑"/>
          <w:i/>
          <w:color w:val="666666"/>
          <w:sz w:val="19"/>
        </w:rPr>
        <w:t xml:space="preserve"> 换 </w:t>
      </w:r>
      <w:r>
        <w:rPr>
          <w:rFonts w:ascii="微软雅黑" w:hAnsi="微软雅黑" w:eastAsia="微软雅黑"/>
          <w:b/>
          <w:i/>
          <w:color w:val="666666"/>
          <w:sz w:val="19"/>
        </w:rPr>
        <w:t>护粮勋章</w:t>
      </w:r>
      <w:r>
        <w:rPr>
          <w:rFonts w:ascii="微软雅黑" w:hAnsi="微软雅黑" w:eastAsia="微软雅黑"/>
          <w:i/>
          <w:color w:val="666666"/>
          <w:sz w:val="19"/>
        </w:rPr>
        <w:t xml:space="preserve">；护粮勋章在稻香村 </w:t>
      </w:r>
      <w:r>
        <w:rPr>
          <w:rFonts w:ascii="微软雅黑" w:hAnsi="微软雅黑" w:eastAsia="微软雅黑"/>
          <w:b/>
          <w:i/>
          <w:color w:val="666666"/>
          <w:sz w:val="19"/>
        </w:rPr>
        <w:t>军需官</w:t>
      </w:r>
      <w:r>
        <w:rPr>
          <w:rFonts w:ascii="微软雅黑" w:hAnsi="微软雅黑" w:eastAsia="微软雅黑"/>
          <w:i/>
          <w:color w:val="666666"/>
          <w:sz w:val="19"/>
        </w:rPr>
        <w:t xml:space="preserve"> 处可换声望跑环道具、粮仓风物志。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5.8 天魔幻境（`tianmohuanjing_award.txt`）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</w:tblGrid>
      <w:tr>
        <w:tc>
          <w:tcPr>
            <w:tcW w:type="dxa" w:w="595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等级</w:t>
            </w:r>
          </w:p>
        </w:tc>
        <w:tc>
          <w:tcPr>
            <w:tcW w:type="dxa" w:w="595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战力</w:t>
            </w:r>
          </w:p>
        </w:tc>
        <w:tc>
          <w:tcPr>
            <w:tcW w:type="dxa" w:w="595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0–10分</w:t>
            </w:r>
          </w:p>
        </w:tc>
        <w:tc>
          <w:tcPr>
            <w:tcW w:type="dxa" w:w="595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10–20</w:t>
            </w:r>
          </w:p>
        </w:tc>
        <w:tc>
          <w:tcPr>
            <w:tcW w:type="dxa" w:w="595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20–30</w:t>
            </w:r>
          </w:p>
        </w:tc>
        <w:tc>
          <w:tcPr>
            <w:tcW w:type="dxa" w:w="595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30–40</w:t>
            </w:r>
          </w:p>
        </w:tc>
        <w:tc>
          <w:tcPr>
            <w:tcW w:type="dxa" w:w="595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40–50</w:t>
            </w:r>
          </w:p>
        </w:tc>
        <w:tc>
          <w:tcPr>
            <w:tcW w:type="dxa" w:w="595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50–60</w:t>
            </w:r>
          </w:p>
        </w:tc>
        <w:tc>
          <w:tcPr>
            <w:tcW w:type="dxa" w:w="595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60–70</w:t>
            </w:r>
          </w:p>
        </w:tc>
        <w:tc>
          <w:tcPr>
            <w:tcW w:type="dxa" w:w="595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70–80</w:t>
            </w:r>
          </w:p>
        </w:tc>
        <w:tc>
          <w:tcPr>
            <w:tcW w:type="dxa" w:w="595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80–90</w:t>
            </w:r>
          </w:p>
        </w:tc>
        <w:tc>
          <w:tcPr>
            <w:tcW w:type="dxa" w:w="595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90–100</w:t>
            </w:r>
          </w:p>
        </w:tc>
        <w:tc>
          <w:tcPr>
            <w:tcW w:type="dxa" w:w="595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100–120</w:t>
            </w:r>
          </w:p>
        </w:tc>
        <w:tc>
          <w:tcPr>
            <w:tcW w:type="dxa" w:w="595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120–140</w:t>
            </w:r>
          </w:p>
        </w:tc>
        <w:tc>
          <w:tcPr>
            <w:tcW w:type="dxa" w:w="595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140–160</w:t>
            </w:r>
          </w:p>
        </w:tc>
        <w:tc>
          <w:tcPr>
            <w:tcW w:type="dxa" w:w="595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160–170</w:t>
            </w:r>
          </w:p>
        </w:tc>
      </w:tr>
      <w:tr>
        <w:tc>
          <w:tcPr>
            <w:tcW w:type="dxa" w:w="595"/>
          </w:tcPr>
          <w:p>
            <w:r/>
            <w:r>
              <w:rPr>
                <w:rFonts w:ascii="微软雅黑" w:hAnsi="微软雅黑" w:eastAsia="微软雅黑"/>
                <w:sz w:val="18"/>
              </w:rPr>
              <w:t>80–100</w:t>
            </w:r>
          </w:p>
        </w:tc>
        <w:tc>
          <w:tcPr>
            <w:tcW w:type="dxa" w:w="595"/>
          </w:tcPr>
          <w:p>
            <w:r/>
            <w:r>
              <w:rPr>
                <w:rFonts w:ascii="微软雅黑" w:hAnsi="微软雅黑" w:eastAsia="微软雅黑"/>
                <w:sz w:val="18"/>
              </w:rPr>
              <w:t>0–200,000</w:t>
            </w:r>
          </w:p>
        </w:tc>
        <w:tc>
          <w:tcPr>
            <w:tcW w:type="dxa" w:w="595"/>
          </w:tcPr>
          <w:p>
            <w:r/>
            <w:r>
              <w:rPr>
                <w:rFonts w:ascii="微软雅黑" w:hAnsi="微软雅黑" w:eastAsia="微软雅黑"/>
                <w:sz w:val="18"/>
              </w:rPr>
              <w:t>10024</w:t>
            </w:r>
          </w:p>
        </w:tc>
        <w:tc>
          <w:tcPr>
            <w:tcW w:type="dxa" w:w="595"/>
          </w:tcPr>
          <w:p>
            <w:r/>
            <w:r>
              <w:rPr>
                <w:rFonts w:ascii="微软雅黑" w:hAnsi="微软雅黑" w:eastAsia="微软雅黑"/>
                <w:sz w:val="18"/>
              </w:rPr>
              <w:t>10025</w:t>
            </w:r>
          </w:p>
        </w:tc>
        <w:tc>
          <w:tcPr>
            <w:tcW w:type="dxa" w:w="595"/>
          </w:tcPr>
          <w:p>
            <w:r/>
            <w:r>
              <w:rPr>
                <w:rFonts w:ascii="微软雅黑" w:hAnsi="微软雅黑" w:eastAsia="微软雅黑"/>
                <w:sz w:val="18"/>
              </w:rPr>
              <w:t>10026</w:t>
            </w:r>
          </w:p>
        </w:tc>
        <w:tc>
          <w:tcPr>
            <w:tcW w:type="dxa" w:w="595"/>
          </w:tcPr>
          <w:p>
            <w:r/>
            <w:r>
              <w:rPr>
                <w:rFonts w:ascii="微软雅黑" w:hAnsi="微软雅黑" w:eastAsia="微软雅黑"/>
                <w:sz w:val="18"/>
              </w:rPr>
              <w:t>10027</w:t>
            </w:r>
          </w:p>
        </w:tc>
        <w:tc>
          <w:tcPr>
            <w:tcW w:type="dxa" w:w="595"/>
          </w:tcPr>
          <w:p>
            <w:r/>
            <w:r>
              <w:rPr>
                <w:rFonts w:ascii="微软雅黑" w:hAnsi="微软雅黑" w:eastAsia="微软雅黑"/>
                <w:sz w:val="18"/>
              </w:rPr>
              <w:t>10028</w:t>
            </w:r>
          </w:p>
        </w:tc>
        <w:tc>
          <w:tcPr>
            <w:tcW w:type="dxa" w:w="595"/>
          </w:tcPr>
          <w:p>
            <w:r/>
            <w:r>
              <w:rPr>
                <w:rFonts w:ascii="微软雅黑" w:hAnsi="微软雅黑" w:eastAsia="微软雅黑"/>
                <w:sz w:val="18"/>
              </w:rPr>
              <w:t>10029</w:t>
            </w:r>
          </w:p>
        </w:tc>
        <w:tc>
          <w:tcPr>
            <w:tcW w:type="dxa" w:w="595"/>
          </w:tcPr>
          <w:p>
            <w:r/>
            <w:r>
              <w:rPr>
                <w:rFonts w:ascii="微软雅黑" w:hAnsi="微软雅黑" w:eastAsia="微软雅黑"/>
                <w:sz w:val="18"/>
              </w:rPr>
              <w:t>10030</w:t>
            </w:r>
          </w:p>
        </w:tc>
        <w:tc>
          <w:tcPr>
            <w:tcW w:type="dxa" w:w="595"/>
          </w:tcPr>
          <w:p>
            <w:r/>
            <w:r>
              <w:rPr>
                <w:rFonts w:ascii="微软雅黑" w:hAnsi="微软雅黑" w:eastAsia="微软雅黑"/>
                <w:sz w:val="18"/>
              </w:rPr>
              <w:t>10031</w:t>
            </w:r>
          </w:p>
        </w:tc>
        <w:tc>
          <w:tcPr>
            <w:tcW w:type="dxa" w:w="595"/>
          </w:tcPr>
          <w:p>
            <w:r/>
            <w:r>
              <w:rPr>
                <w:rFonts w:ascii="微软雅黑" w:hAnsi="微软雅黑" w:eastAsia="微软雅黑"/>
                <w:sz w:val="18"/>
              </w:rPr>
              <w:t>10032</w:t>
            </w:r>
          </w:p>
        </w:tc>
        <w:tc>
          <w:tcPr>
            <w:tcW w:type="dxa" w:w="595"/>
          </w:tcPr>
          <w:p>
            <w:r/>
            <w:r>
              <w:rPr>
                <w:rFonts w:ascii="微软雅黑" w:hAnsi="微软雅黑" w:eastAsia="微软雅黑"/>
                <w:sz w:val="18"/>
              </w:rPr>
              <w:t>10033</w:t>
            </w:r>
          </w:p>
        </w:tc>
        <w:tc>
          <w:tcPr>
            <w:tcW w:type="dxa" w:w="595"/>
          </w:tcPr>
          <w:p>
            <w:r/>
            <w:r>
              <w:rPr>
                <w:rFonts w:ascii="微软雅黑" w:hAnsi="微软雅黑" w:eastAsia="微软雅黑"/>
                <w:sz w:val="18"/>
              </w:rPr>
              <w:t>10065</w:t>
            </w:r>
          </w:p>
        </w:tc>
        <w:tc>
          <w:tcPr>
            <w:tcW w:type="dxa" w:w="595"/>
          </w:tcPr>
          <w:p>
            <w:r/>
            <w:r>
              <w:rPr>
                <w:rFonts w:ascii="微软雅黑" w:hAnsi="微软雅黑" w:eastAsia="微软雅黑"/>
                <w:sz w:val="18"/>
              </w:rPr>
              <w:t>10066</w:t>
            </w:r>
          </w:p>
        </w:tc>
        <w:tc>
          <w:tcPr>
            <w:tcW w:type="dxa" w:w="595"/>
          </w:tcPr>
          <w:p>
            <w:r/>
            <w:r>
              <w:rPr>
                <w:rFonts w:ascii="微软雅黑" w:hAnsi="微软雅黑" w:eastAsia="微软雅黑"/>
                <w:sz w:val="18"/>
              </w:rPr>
              <w:t>10067</w:t>
            </w:r>
          </w:p>
        </w:tc>
        <w:tc>
          <w:tcPr>
            <w:tcW w:type="dxa" w:w="595"/>
          </w:tcPr>
          <w:p>
            <w:r/>
            <w:r>
              <w:rPr>
                <w:rFonts w:ascii="微软雅黑" w:hAnsi="微软雅黑" w:eastAsia="微软雅黑"/>
                <w:sz w:val="18"/>
              </w:rPr>
              <w:t>10068</w:t>
            </w:r>
          </w:p>
        </w:tc>
      </w:tr>
    </w:tbl>
    <w:p/>
    <w:p>
      <w:pPr>
        <w:ind w:left="283"/>
      </w:pPr>
      <w:r>
        <w:rPr>
          <w:rFonts w:ascii="微软雅黑" w:hAnsi="微软雅黑" w:eastAsia="微软雅黑"/>
          <w:i/>
          <w:color w:val="666666"/>
          <w:sz w:val="19"/>
        </w:rPr>
        <w:t>上表是「奖励 ID」（award_list 索引），需按 ID 再查具体道具；榜单奖励：前 10 名发 award 2266。</w:t>
      </w:r>
      <w:r>
        <w:rPr>
          <w:rFonts w:ascii="微软雅黑" w:hAnsi="微软雅黑" w:eastAsia="微软雅黑"/>
          <w:b/>
          <w:i/>
          <w:color w:val="666666"/>
          <w:sz w:val="19"/>
        </w:rPr>
        <w:t>结论：按「战力 + 分数段」定档，战力越高同分档奖励越好，尽量打高分。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5.9 每日推荐（`recomdaily\recomdaily_lv.txt`）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379"/>
        <w:gridCol w:w="2379"/>
        <w:gridCol w:w="2379"/>
        <w:gridCol w:w="2379"/>
      </w:tblGrid>
      <w:tr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档位</w:t>
            </w:r>
          </w:p>
        </w:tc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事件要求</w:t>
            </w:r>
          </w:p>
        </w:tc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奖励（每档）</w:t>
            </w:r>
          </w:p>
        </w:tc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CD 组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1–4 档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完成 1 个推荐事件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小哨腰牌×5、提神丸×50 + 档位专属道具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7516 / 7517 / 7518 / 7519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5–6 档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完成 2 个推荐事件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同上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7520 / 7521</w:t>
            </w:r>
          </w:p>
        </w:tc>
      </w:tr>
    </w:tbl>
    <w:p/>
    <w:p>
      <w:pPr>
        <w:spacing w:after="80"/>
      </w:pPr>
      <w:r>
        <w:rPr>
          <w:rFonts w:ascii="微软雅黑" w:hAnsi="微软雅黑" w:eastAsia="微软雅黑"/>
          <w:sz w:val="21"/>
        </w:rPr>
        <w:t>档位专属道具依次为：</w:t>
      </w:r>
      <w:r>
        <w:rPr>
          <w:rFonts w:ascii="微软雅黑" w:hAnsi="微软雅黑" w:eastAsia="微软雅黑"/>
          <w:b/>
          <w:sz w:val="21"/>
        </w:rPr>
        <w:t>三维神宠锦囊 / 丝竹乐谱：仙路有你 / 企鹅神宠锦囊 / 乱斗集结令 / 龙神血脉 / 甩竿</w:t>
      </w:r>
      <w:r>
        <w:rPr>
          <w:rFonts w:ascii="微软雅黑" w:hAnsi="微软雅黑" w:eastAsia="微软雅黑"/>
          <w:sz w:val="21"/>
        </w:rPr>
        <w:t>。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推荐事件池（按等级段自动匹配）：任务类（仙友会缴纳修行书、降妖擂台、各地百货）、杀怪类（青螯五爷、黄四爷、千手圣君、郑玄卿、妖艳蛇精…）、场景类（孤岛寻宝、打地鼠、对抗活动、抢滩登陆、跨区对抗…）。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另有 `recomdaily_award_refresh.txt`：每日刷新时有 </w:t>
      </w:r>
      <w:r>
        <w:rPr>
          <w:rFonts w:ascii="微软雅黑" w:hAnsi="微软雅黑" w:eastAsia="微软雅黑"/>
          <w:b/>
          <w:sz w:val="21"/>
        </w:rPr>
        <w:t>25万/35万/25万/10万/5万</w:t>
      </w:r>
      <w:r>
        <w:rPr>
          <w:rFonts w:ascii="微软雅黑" w:hAnsi="微软雅黑" w:eastAsia="微软雅黑"/>
          <w:sz w:val="21"/>
        </w:rPr>
        <w:t xml:space="preserve"> 概率档的翻倍 / 额外道具（倍率 1/2/6/8/10 倍），即“每日推荐暴击”。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5.10 收益优先级（按 `award_para` 基准值排序，用于回答“值不值得做”）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60"/>
        <w:gridCol w:w="1360"/>
        <w:gridCol w:w="1360"/>
        <w:gridCol w:w="1360"/>
        <w:gridCol w:w="1360"/>
        <w:gridCol w:w="1360"/>
        <w:gridCol w:w="1360"/>
      </w:tblGrid>
      <w:tr>
        <w:tc>
          <w:tcPr>
            <w:tcW w:type="dxa" w:w="1360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活动</w:t>
            </w:r>
          </w:p>
        </w:tc>
        <w:tc>
          <w:tcPr>
            <w:tcW w:type="dxa" w:w="1360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40级</w:t>
            </w:r>
          </w:p>
        </w:tc>
        <w:tc>
          <w:tcPr>
            <w:tcW w:type="dxa" w:w="1360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60级</w:t>
            </w:r>
          </w:p>
        </w:tc>
        <w:tc>
          <w:tcPr>
            <w:tcW w:type="dxa" w:w="1360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80级</w:t>
            </w:r>
          </w:p>
        </w:tc>
        <w:tc>
          <w:tcPr>
            <w:tcW w:type="dxa" w:w="1360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100级</w:t>
            </w:r>
          </w:p>
        </w:tc>
        <w:tc>
          <w:tcPr>
            <w:tcW w:type="dxa" w:w="1360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窗口</w:t>
            </w:r>
          </w:p>
        </w:tc>
        <w:tc>
          <w:tcPr>
            <w:tcW w:type="dxa" w:w="1360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结论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骑乘对抗·集体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114,240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408,000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800,000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1,360,000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20 分钟/场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单场最高，必做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对抗活动·胜利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71,400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255,000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340,000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30 分钟/场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高；</w:t>
            </w:r>
            <w:r>
              <w:rPr>
                <w:rFonts w:ascii="微软雅黑" w:hAnsi="微软雅黑" w:eastAsia="微软雅黑"/>
                <w:b/>
                <w:sz w:val="18"/>
              </w:rPr>
              <w:t>90+ 表内为 0</w:t>
            </w:r>
            <w:r>
              <w:rPr>
                <w:rFonts w:ascii="微软雅黑" w:hAnsi="微软雅黑" w:eastAsia="微软雅黑"/>
                <w:sz w:val="18"/>
              </w:rPr>
              <w:t>，走跨区分段另一套配置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每日推荐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13,617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66,489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205,329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322,522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不限时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性价比最高，6 档全清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骠骑战 / 斗神坛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5,600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16,800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125,300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251,300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66 分钟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经验中等，但</w:t>
            </w:r>
            <w:r>
              <w:rPr>
                <w:rFonts w:ascii="微软雅黑" w:hAnsi="微软雅黑" w:eastAsia="微软雅黑"/>
                <w:b/>
                <w:sz w:val="18"/>
              </w:rPr>
              <w:t>金钱同组给</w:t>
            </w:r>
            <w:r>
              <w:rPr>
                <w:rFonts w:ascii="微软雅黑" w:hAnsi="微软雅黑" w:eastAsia="微软雅黑"/>
                <w:sz w:val="18"/>
              </w:rPr>
              <w:t>（80级 5.6万 / 2.5万）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保卫粮仓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15,000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90,000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120,000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150,000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20 分钟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经验/分钟最高</w:t>
            </w:r>
            <w:r>
              <w:rPr>
                <w:rFonts w:ascii="微软雅黑" w:hAnsi="微软雅黑" w:eastAsia="微软雅黑"/>
                <w:sz w:val="18"/>
              </w:rPr>
              <w:t>（60级≈4,500/分钟）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打地鼠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6,900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60,000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100,000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140,000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60 分钟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看名次，25%~100% 浮动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世界BOSS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7,650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60,000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105,000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111,000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30 分钟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顺路打，掉落另算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每日抢粮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13,648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24,763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31,046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38,438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120 分钟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经验低，但</w:t>
            </w:r>
            <w:r>
              <w:rPr>
                <w:rFonts w:ascii="微软雅黑" w:hAnsi="微软雅黑" w:eastAsia="微软雅黑"/>
                <w:b/>
                <w:sz w:val="18"/>
              </w:rPr>
              <w:t>给绑定金钱+粮食袋</w:t>
            </w:r>
            <w:r>
              <w:rPr>
                <w:rFonts w:ascii="微软雅黑" w:hAnsi="微软雅黑" w:eastAsia="微软雅黑"/>
                <w:sz w:val="18"/>
              </w:rPr>
              <w:t>，缺钱必做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门派战争积分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12,600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27,600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45,600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63,600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门派战期间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门派向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节日活动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4,000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6,000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8,000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10,000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全天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图卷/风物志收集向</w:t>
            </w:r>
          </w:p>
        </w:tc>
      </w:tr>
      <w:tr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孤岛寻宝（生存）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885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3,155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5,740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6,940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25 分钟</w:t>
            </w:r>
          </w:p>
        </w:tc>
        <w:tc>
          <w:tcPr>
            <w:tcW w:type="dxa" w:w="1360"/>
          </w:tcPr>
          <w:p>
            <w:r/>
            <w:r>
              <w:rPr>
                <w:rFonts w:ascii="微软雅黑" w:hAnsi="微软雅黑" w:eastAsia="微软雅黑"/>
                <w:sz w:val="18"/>
              </w:rPr>
              <w:t>经验低，价值在</w:t>
            </w:r>
            <w:r>
              <w:rPr>
                <w:rFonts w:ascii="微软雅黑" w:hAnsi="微软雅黑" w:eastAsia="微软雅黑"/>
                <w:b/>
                <w:sz w:val="18"/>
              </w:rPr>
              <w:t>兑洋票/宝石/宝箱</w:t>
            </w:r>
          </w:p>
        </w:tc>
      </w:tr>
    </w:tbl>
    <w:p/>
    <w:p>
      <w:pPr>
        <w:ind w:left="283"/>
      </w:pPr>
      <w:r>
        <w:rPr>
          <w:rFonts w:ascii="微软雅黑" w:hAnsi="微软雅黑" w:eastAsia="微软雅黑"/>
          <w:b/>
          <w:i/>
          <w:color w:val="666666"/>
          <w:sz w:val="19"/>
        </w:rPr>
        <w:t>一句话结论</w:t>
      </w:r>
      <w:r>
        <w:rPr>
          <w:rFonts w:ascii="微软雅黑" w:hAnsi="微软雅黑" w:eastAsia="微软雅黑"/>
          <w:i/>
          <w:color w:val="666666"/>
          <w:sz w:val="19"/>
        </w:rPr>
        <w:t>：纯经验优先级 = 每日推荐 &gt; 保卫粮仓 &gt; 骑乘对抗/对抗活动 &gt; 斗神坛·骠骑战 &gt; 打地鼠/世界BOSS &gt; 抢粮 &gt; 节日/生存。但</w:t>
      </w:r>
      <w:r>
        <w:rPr>
          <w:rFonts w:ascii="微软雅黑" w:hAnsi="微软雅黑" w:eastAsia="微软雅黑"/>
          <w:b/>
          <w:i/>
          <w:color w:val="666666"/>
          <w:sz w:val="19"/>
        </w:rPr>
        <w:t>抢粮给绑定金钱、孤岛给宝石和兑洋票</w:t>
      </w:r>
      <w:r>
        <w:rPr>
          <w:rFonts w:ascii="微软雅黑" w:hAnsi="微软雅黑" w:eastAsia="微软雅黑"/>
          <w:i/>
          <w:color w:val="666666"/>
          <w:sz w:val="19"/>
        </w:rPr>
        <w:t>，缺钱缺材料时这两项要往前挪。</w:t>
      </w:r>
    </w:p>
    <w:p>
      <w:pPr>
        <w:ind w:left="283"/>
      </w:pPr>
      <w:r>
        <w:rPr>
          <w:rFonts w:ascii="微软雅黑" w:hAnsi="微软雅黑" w:eastAsia="微软雅黑"/>
          <w:i/>
          <w:color w:val="666666"/>
          <w:sz w:val="19"/>
        </w:rPr>
        <w:t>⚠ 全部是</w:t>
      </w:r>
      <w:r>
        <w:rPr>
          <w:rFonts w:ascii="微软雅黑" w:hAnsi="微软雅黑" w:eastAsia="微软雅黑"/>
          <w:b/>
          <w:i/>
          <w:color w:val="666666"/>
          <w:sz w:val="19"/>
        </w:rPr>
        <w:t>基准值</w:t>
      </w:r>
      <w:r>
        <w:rPr>
          <w:rFonts w:ascii="微软雅黑" w:hAnsi="微软雅黑" w:eastAsia="微软雅黑"/>
          <w:i/>
          <w:color w:val="666666"/>
          <w:sz w:val="19"/>
        </w:rPr>
        <w:t>，到手还要乘 `award_list` 百分比；90 级以上对抗活动第 10~14 组为 0，属配置空缺不是漏读。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5.11 全活动奖励类型速查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58"/>
        <w:gridCol w:w="1058"/>
        <w:gridCol w:w="1058"/>
        <w:gridCol w:w="1058"/>
        <w:gridCol w:w="1058"/>
        <w:gridCol w:w="1058"/>
        <w:gridCol w:w="1058"/>
        <w:gridCol w:w="1058"/>
        <w:gridCol w:w="1058"/>
      </w:tblGrid>
      <w:tr>
        <w:tc>
          <w:tcPr>
            <w:tcW w:type="dxa" w:w="1058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活动</w:t>
            </w:r>
          </w:p>
        </w:tc>
        <w:tc>
          <w:tcPr>
            <w:tcW w:type="dxa" w:w="1058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经验</w:t>
            </w:r>
          </w:p>
        </w:tc>
        <w:tc>
          <w:tcPr>
            <w:tcW w:type="dxa" w:w="1058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金钱</w:t>
            </w:r>
          </w:p>
        </w:tc>
        <w:tc>
          <w:tcPr>
            <w:tcW w:type="dxa" w:w="1058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绑定金钱</w:t>
            </w:r>
          </w:p>
        </w:tc>
        <w:tc>
          <w:tcPr>
            <w:tcW w:type="dxa" w:w="1058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仙玉券</w:t>
            </w:r>
          </w:p>
        </w:tc>
        <w:tc>
          <w:tcPr>
            <w:tcW w:type="dxa" w:w="1058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装备</w:t>
            </w:r>
          </w:p>
        </w:tc>
        <w:tc>
          <w:tcPr>
            <w:tcW w:type="dxa" w:w="1058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材料</w:t>
            </w:r>
          </w:p>
        </w:tc>
        <w:tc>
          <w:tcPr>
            <w:tcW w:type="dxa" w:w="1058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声望</w:t>
            </w:r>
          </w:p>
        </w:tc>
        <w:tc>
          <w:tcPr>
            <w:tcW w:type="dxa" w:w="1058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其他</w:t>
            </w:r>
          </w:p>
        </w:tc>
      </w:tr>
      <w:tr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---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:-: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:-: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:-: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:-: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:-: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:-: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:-: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---</w:t>
            </w:r>
          </w:p>
        </w:tc>
      </w:tr>
      <w:tr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签到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秘笈、法宝幻化、拾荒大礼包</w:t>
            </w:r>
          </w:p>
        </w:tc>
      </w:tr>
      <w:tr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在线奖励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铁钱箱、正气诀、时装帽</w:t>
            </w:r>
          </w:p>
        </w:tc>
      </w:tr>
      <w:tr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每日推荐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✔（第63组）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小哨腰牌、提神丸、神宠锦囊</w:t>
            </w:r>
          </w:p>
        </w:tc>
      </w:tr>
      <w:tr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门派跑环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门派贡献</w:t>
            </w:r>
          </w:p>
        </w:tc>
      </w:tr>
      <w:tr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师门/官府当值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官职/仙品晋升</w:t>
            </w:r>
          </w:p>
        </w:tc>
      </w:tr>
      <w:tr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天劫路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✔（7,000~150,000+）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劫数进度</w:t>
            </w:r>
          </w:p>
        </w:tc>
      </w:tr>
      <w:tr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镇妖塔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18 层逐层奖</w:t>
            </w:r>
          </w:p>
        </w:tc>
      </w:tr>
      <w:tr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天魔幻境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天魔印记、榜单</w:t>
            </w:r>
          </w:p>
        </w:tc>
      </w:tr>
      <w:tr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保卫粮仓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✔（第6组）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✔（宝箱）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✔（极品）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✔（可购）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护粮勋章</w:t>
            </w:r>
          </w:p>
        </w:tc>
      </w:tr>
      <w:tr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打地鼠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✔（第7组）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✔（200~1,800）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✔（土/石/铁块）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惊喜奖品</w:t>
            </w:r>
          </w:p>
        </w:tc>
      </w:tr>
      <w:tr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孤岛寻宝（生存）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✔（第5组/分钟）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✔（金钱箱）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✔（兑洋票）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✔（宝石）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宝箱之王</w:t>
            </w:r>
          </w:p>
        </w:tc>
      </w:tr>
      <w:tr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抢滩登陆/对抗副本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✔（第25组）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✔（第25组）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✔200/100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功勋印记</w:t>
            </w:r>
          </w:p>
        </w:tc>
      </w:tr>
      <w:tr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骑乘对抗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✔（第25/26组）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✔（第25/26组）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✔200/100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功勋印记</w:t>
            </w:r>
          </w:p>
        </w:tc>
      </w:tr>
      <w:tr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斗神坛 / 骠骑战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✔（第48/74组）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✔（第48/74组）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赛季称号、连胜加成</w:t>
            </w:r>
          </w:p>
        </w:tc>
      </w:tr>
      <w:tr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世界BOSS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✔（第29组）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稀有掉落、公告</w:t>
            </w:r>
          </w:p>
        </w:tc>
      </w:tr>
      <w:tr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每日抢粮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✔（第57组）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✔（粮食袋）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每 50 袋额外经验</w:t>
            </w:r>
          </w:p>
        </w:tc>
      </w:tr>
      <w:tr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门派摇钱树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✔（第28组）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门派资金</w:t>
            </w:r>
          </w:p>
        </w:tc>
      </w:tr>
      <w:tr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门派战/仙魔战场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✔（第22组）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门派贡献、赛季积分</w:t>
            </w:r>
          </w:p>
        </w:tc>
      </w:tr>
      <w:tr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副本（普通/挑战/劫境）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✔（200~10,000/次）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1058"/>
          </w:tcPr>
          <w:p>
            <w:r/>
            <w:r>
              <w:rPr>
                <w:rFonts w:ascii="微软雅黑" w:hAnsi="微软雅黑" w:eastAsia="微软雅黑"/>
                <w:sz w:val="18"/>
              </w:rPr>
              <w:t>神运翻倍</w:t>
            </w:r>
          </w:p>
        </w:tc>
      </w:tr>
    </w:tbl>
    <w:p/>
    <w:p>
      <w:pPr>
        <w:ind w:left="283"/>
      </w:pPr>
      <w:r>
        <w:rPr>
          <w:rFonts w:ascii="微软雅黑" w:hAnsi="微软雅黑" w:eastAsia="微软雅黑"/>
          <w:i/>
          <w:color w:val="666666"/>
          <w:sz w:val="19"/>
        </w:rPr>
        <w:t>「仙玉券」类奖励只在孤岛寻宝的</w:t>
      </w:r>
      <w:r>
        <w:rPr>
          <w:rFonts w:ascii="微软雅黑" w:hAnsi="微软雅黑" w:eastAsia="微软雅黑"/>
          <w:b/>
          <w:i/>
          <w:color w:val="666666"/>
          <w:sz w:val="19"/>
        </w:rPr>
        <w:t>寻宝活动兑洋票</w:t>
      </w:r>
      <w:r>
        <w:rPr>
          <w:rFonts w:ascii="微软雅黑" w:hAnsi="微软雅黑" w:eastAsia="微软雅黑"/>
          <w:i/>
          <w:color w:val="666666"/>
          <w:sz w:val="19"/>
        </w:rPr>
        <w:t>出现；商城/仙玉体系见 `仙玉系统与商城定价.md`，本表不重复。</w:t>
      </w:r>
    </w:p>
    <w:p>
      <w:r>
        <w:br w:type="page"/>
      </w:r>
    </w:p>
    <w:p>
      <w:pPr>
        <w:pStyle w:val="Heading1"/>
      </w:pPr>
      <w:r>
        <w:rPr>
          <w:rFonts w:ascii="微软雅黑" w:hAnsi="微软雅黑" w:eastAsia="微软雅黑"/>
          <w:color w:val="1F3A5F"/>
          <w:sz w:val="30"/>
        </w:rPr>
        <w:t>六、每日推荐路线（一句话版）</w:t>
      </w:r>
    </w:p>
    <w:p>
      <w:pPr>
        <w:spacing w:after="80"/>
      </w:pPr>
      <w:r>
        <w:rPr>
          <w:rFonts w:ascii="微软雅黑" w:hAnsi="微软雅黑" w:eastAsia="微软雅黑"/>
          <w:b/>
          <w:sz w:val="21"/>
        </w:rPr>
        <w:t>上班族（晚上 2 小时，19:30–22:00）</w:t>
      </w:r>
    </w:p>
    <w:p>
      <w:pPr>
        <w:pStyle w:val="ListNumber"/>
      </w:pPr>
      <w:r>
        <w:rPr>
          <w:rFonts w:ascii="微软雅黑" w:hAnsi="微软雅黑" w:eastAsia="微软雅黑"/>
          <w:sz w:val="21"/>
        </w:rPr>
        <w:t xml:space="preserve">19:30–20:00 京城抢矿 → 20:15–20:35 </w:t>
      </w:r>
      <w:r>
        <w:rPr>
          <w:rFonts w:ascii="微软雅黑" w:hAnsi="微软雅黑" w:eastAsia="微软雅黑"/>
          <w:b/>
          <w:sz w:val="21"/>
        </w:rPr>
        <w:t>保卫粮仓</w:t>
      </w:r>
      <w:r>
        <w:rPr>
          <w:rFonts w:ascii="微软雅黑" w:hAnsi="微软雅黑" w:eastAsia="微软雅黑"/>
          <w:sz w:val="21"/>
        </w:rPr>
        <w:t>（41+）</w:t>
      </w:r>
    </w:p>
    <w:p>
      <w:pPr>
        <w:pStyle w:val="ListNumber"/>
      </w:pPr>
      <w:r>
        <w:rPr>
          <w:rFonts w:ascii="微软雅黑" w:hAnsi="微软雅黑" w:eastAsia="微软雅黑"/>
          <w:sz w:val="21"/>
        </w:rPr>
        <w:t xml:space="preserve">20:20–21:26 </w:t>
      </w:r>
      <w:r>
        <w:rPr>
          <w:rFonts w:ascii="微软雅黑" w:hAnsi="微软雅黑" w:eastAsia="微软雅黑"/>
          <w:b/>
          <w:sz w:val="21"/>
        </w:rPr>
        <w:t>斗神坛 / 骠骑战</w:t>
      </w:r>
      <w:r>
        <w:rPr>
          <w:rFonts w:ascii="微软雅黑" w:hAnsi="微软雅黑" w:eastAsia="微软雅黑"/>
          <w:sz w:val="21"/>
        </w:rPr>
        <w:t>（40+，卡点进）</w:t>
      </w:r>
    </w:p>
    <w:p>
      <w:pPr>
        <w:pStyle w:val="ListNumber"/>
      </w:pPr>
      <w:r>
        <w:rPr>
          <w:rFonts w:ascii="微软雅黑" w:hAnsi="微软雅黑" w:eastAsia="微软雅黑"/>
          <w:sz w:val="21"/>
        </w:rPr>
        <w:t xml:space="preserve">20:50–21:00 </w:t>
      </w:r>
      <w:r>
        <w:rPr>
          <w:rFonts w:ascii="微软雅黑" w:hAnsi="微软雅黑" w:eastAsia="微软雅黑"/>
          <w:b/>
          <w:sz w:val="21"/>
        </w:rPr>
        <w:t>定时答题</w:t>
      </w:r>
      <w:r>
        <w:rPr>
          <w:rFonts w:ascii="微软雅黑" w:hAnsi="微软雅黑" w:eastAsia="微软雅黑"/>
          <w:sz w:val="21"/>
        </w:rPr>
        <w:t>（10+，答题时人物不能移动，先找安全点）</w:t>
      </w:r>
    </w:p>
    <w:p>
      <w:pPr>
        <w:pStyle w:val="ListNumber"/>
      </w:pPr>
      <w:r>
        <w:rPr>
          <w:rFonts w:ascii="微软雅黑" w:hAnsi="微软雅黑" w:eastAsia="微软雅黑"/>
          <w:sz w:val="21"/>
        </w:rPr>
        <w:t xml:space="preserve">21:00–21:25 </w:t>
      </w:r>
      <w:r>
        <w:rPr>
          <w:rFonts w:ascii="微软雅黑" w:hAnsi="微软雅黑" w:eastAsia="微软雅黑"/>
          <w:b/>
          <w:sz w:val="21"/>
        </w:rPr>
        <w:t>孤岛寻宝</w:t>
      </w:r>
      <w:r>
        <w:rPr>
          <w:rFonts w:ascii="微软雅黑" w:hAnsi="微软雅黑" w:eastAsia="微软雅黑"/>
          <w:sz w:val="21"/>
        </w:rPr>
        <w:t>（15+）</w:t>
      </w:r>
    </w:p>
    <w:p>
      <w:pPr>
        <w:pStyle w:val="ListNumber"/>
      </w:pPr>
      <w:r>
        <w:rPr>
          <w:rFonts w:ascii="微软雅黑" w:hAnsi="微软雅黑" w:eastAsia="微软雅黑"/>
          <w:sz w:val="21"/>
        </w:rPr>
        <w:t xml:space="preserve">22:00–23:00 </w:t>
      </w:r>
      <w:r>
        <w:rPr>
          <w:rFonts w:ascii="微软雅黑" w:hAnsi="微软雅黑" w:eastAsia="微软雅黑"/>
          <w:b/>
          <w:sz w:val="21"/>
        </w:rPr>
        <w:t>打地鼠</w:t>
      </w:r>
      <w:r>
        <w:rPr>
          <w:rFonts w:ascii="微软雅黑" w:hAnsi="微软雅黑" w:eastAsia="微软雅黑"/>
          <w:sz w:val="21"/>
        </w:rPr>
        <w:t>（20+）</w:t>
      </w:r>
    </w:p>
    <w:p>
      <w:pPr>
        <w:pStyle w:val="ListNumber"/>
      </w:pPr>
      <w:r>
        <w:rPr>
          <w:rFonts w:ascii="微软雅黑" w:hAnsi="微软雅黑" w:eastAsia="微软雅黑"/>
          <w:sz w:val="21"/>
        </w:rPr>
        <w:t>空档：签到 → 每日推荐 6 档 → 门派跑环 → 镇妖塔（40+，1 次/日）→ 天劫路</w:t>
      </w:r>
    </w:p>
    <w:p>
      <w:pPr>
        <w:spacing w:after="80"/>
      </w:pPr>
      <w:r>
        <w:rPr>
          <w:rFonts w:ascii="微软雅黑" w:hAnsi="微软雅黑" w:eastAsia="微软雅黑"/>
          <w:b/>
          <w:sz w:val="21"/>
        </w:rPr>
        <w:t>全天在线（10:00–23:00）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10:00 世界BOSS → 10:30 抢滩登陆 → 11:00 保卫粮仓 → 11:25 孤岛寻宝 → 12:00 打地鼠 → 12:15 猎苑 → 13:00 对抗副本 → 13:30 摇钱树 → 15:00 门派采集 → 17:30 快乐家园 → 19:00 抢滩登陆 → 19:30 抢粮（一/三/五/日）或抢矿 → 20:15 粮仓 → 20:20 斗神坛 → 20:50 答题 → 21:00 孤岛 → 21:15 猎苑 → 22:00 打地鼠 → 22:00 世界BOSS。通天河海巨人 / 狼人王随刷随打（06:00–23:59 轮转）。</w:t>
      </w:r>
    </w:p>
    <w:p>
      <w:pPr>
        <w:spacing w:after="80"/>
      </w:pPr>
      <w:r>
        <w:rPr>
          <w:rFonts w:ascii="微软雅黑" w:hAnsi="微软雅黑" w:eastAsia="微软雅黑"/>
          <w:b/>
          <w:sz w:val="21"/>
        </w:rPr>
        <w:t>低等级（20–40，优先级）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签到 &gt; 每日推荐 &gt; 门派跑环 &gt; 抢粮（一/三/五/日）&gt; 猎苑（抓骑宠）&gt; 打地鼠 &gt; 孤岛寻宝 &gt; 对抗活动 &gt; 副本（宁海平妖 / 黄风洞 / 虫谷 / 葫芦山）</w:t>
      </w:r>
    </w:p>
    <w:p>
      <w:pPr>
        <w:spacing w:after="80"/>
      </w:pPr>
      <w:r>
        <w:rPr>
          <w:rFonts w:ascii="微软雅黑" w:hAnsi="微软雅黑" w:eastAsia="微软雅黑"/>
          <w:b/>
          <w:sz w:val="21"/>
        </w:rPr>
        <w:t>满级（90–100，优先级）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世界BOSS（10/14/18/22 + 金睛鹫 6 场）&gt; 仙魔大战（五/六/日 19:45，90+）&gt; 跨区争夺战（一/日 21:05，80+）&gt; 封神榜战场 / 周末战场（六/日）&gt; 天魔幻境（80+，2 次/日）&gt; 通天河海巨人 / 狼人王 &gt; 抢粮 &gt; 副本（闯三关 / 玉灵山 10,000 金/次）&gt; 门派跑环</w:t>
      </w:r>
    </w:p>
    <w:p>
      <w:r>
        <w:br w:type="page"/>
      </w:r>
    </w:p>
    <w:p>
      <w:pPr>
        <w:pStyle w:val="Heading1"/>
      </w:pPr>
      <w:r>
        <w:rPr>
          <w:rFonts w:ascii="微软雅黑" w:hAnsi="微软雅黑" w:eastAsia="微软雅黑"/>
          <w:color w:val="1F3A5F"/>
          <w:sz w:val="30"/>
        </w:rPr>
        <w:t>附录 A：本源表清单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173"/>
        <w:gridCol w:w="3173"/>
        <w:gridCol w:w="3173"/>
      </w:tblGrid>
      <w:tr>
        <w:tc>
          <w:tcPr>
            <w:tcW w:type="dxa" w:w="3173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表</w:t>
            </w:r>
          </w:p>
        </w:tc>
        <w:tc>
          <w:tcPr>
            <w:tcW w:type="dxa" w:w="3173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作用</w:t>
            </w:r>
          </w:p>
        </w:tc>
        <w:tc>
          <w:tcPr>
            <w:tcW w:type="dxa" w:w="3173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关键列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`mb\etc\activites.txt`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活动日程（玩家可见）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活动周期、活动时间、等级限制、活动区域、活动说明、自动寻路目标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`dynamicmb_server\world_event.txt`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世界事件开关与排程（827 条，开启 645 条）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是否开启、类型、周期（0=每年/1=每月/2=每周/3=每天/4=指定日期）、周期开始-结束、开始时间、结束时间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`dynamicmb_server\signindaily_award.txt`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签到 5/10/20 天奖励，6 等级段 × 12 月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等级段、签到 5/10/20 天奖励、月份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`dynamicmb_server\playeronline_gift.txt`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在线奖励 4/6/8/12 小时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活动是否开启（=0 关闭）、在线时间标志位、奖励 ID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`mb\etc\award_para.txt`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各活动按等级的经验/金钱基准（74 组）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等级、[N]经验参数、[N]金钱参数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`mb\etc\award_list.txt`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奖励明细（2,059 条，最大索引 4691）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索引、金钱（0\*直接 / 组号\*百分比）、经验、道具、声望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`mb\scn\copyin.txt`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副本清单（37 条）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副本名称、Area ID、副本类别、建议等级、金钱、神运、跨区场景 ID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`mb\scn\scn_info.txt`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场景/副本地图（389 条，副本类 111 条）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副本进入类型、最小等级、副本限制时间、脚本别名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`mb\quest\quest_info.txt`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任务奖励（5,256 条）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分类、等级上下限、经验基数(75)、金钱(77)、绑定金钱(78)、冷却(86)、天劫劫数(82/83)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`mb\etc\recomdaily\*`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每日推荐（事件池 + 等级奖励 + 暴击）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recomdaily_act / quest / boss / lv / award_refresh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`mb\server\script_excel\tianmohuanjing\*`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天魔幻境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copyin（80–100 级、2 次/日、3 人）、floor（层）、award（战力×分档）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`mb\server\script_excel\zhenyaota\*`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镇妖塔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copyin（40–100 级、1 次/日）、floor（18 层）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`mb\server\script_excel\we_huodong\we_baoweilangcang\liangcangaward.txt`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保卫粮仓积分档奖励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等级段 → award ID 2110–2120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`mb\server\script_excel\dds_bonus.txt`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打地鼠名次奖励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积分段 → award 1704–1719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`dynamicmb_server\fighting_reward.txt`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对抗 / 骑乘对抗胜负奖励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个人积分参数、胜负平道具、声望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`dynamicmb_server\we_riding_battle.txt`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骑乘对抗场景配置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等级段 20–29…100、场景 ID 361/363/365/383/455、开启人数 10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`mb\server\script_excel\we_huodong\we_refresh_boss.txt`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世界BOSS 刷新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时间点、场景（中原=1 / 云梦山=13）、BOSS refresh ID、奖励 1206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`mb\server\script_excel\fast_comquest_loop.txt`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跑环速成 NPC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NPC ID、跑环标志位、消耗道具</w:t>
            </w:r>
          </w:p>
        </w:tc>
      </w:tr>
    </w:tbl>
    <w:p/>
    <w:p>
      <w:pPr>
        <w:pStyle w:val="Heading1"/>
      </w:pPr>
      <w:r>
        <w:rPr>
          <w:rFonts w:ascii="微软雅黑" w:hAnsi="微软雅黑" w:eastAsia="微软雅黑"/>
          <w:color w:val="1F3A5F"/>
          <w:sz w:val="30"/>
        </w:rPr>
        <w:t>附录 B：口径与坑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`activites.txt` 与 `world_event.txt` 会打架</w:t>
      </w:r>
      <w:r>
        <w:rPr>
          <w:rFonts w:ascii="微软雅黑" w:hAnsi="微软雅黑" w:eastAsia="微软雅黑"/>
          <w:sz w:val="21"/>
        </w:rPr>
        <w:t>。例：孤岛寻宝说明表写 11:25–11:50，但当前唯一开启的事件是 21:00–21:25；周日抢粮说明写 15:00–17:00，实际事件是周一/三/五/日 19:30–21:30；斗神坛说明写「周一至周四 20:00–21:00」，事件表是</w:t>
      </w:r>
      <w:r>
        <w:rPr>
          <w:rFonts w:ascii="微软雅黑" w:hAnsi="微软雅黑" w:eastAsia="微软雅黑"/>
          <w:b/>
          <w:sz w:val="21"/>
        </w:rPr>
        <w:t>每天</w:t>
      </w:r>
      <w:r>
        <w:rPr>
          <w:rFonts w:ascii="微软雅黑" w:hAnsi="微软雅黑" w:eastAsia="微软雅黑"/>
          <w:sz w:val="21"/>
        </w:rPr>
        <w:t xml:space="preserve"> 20:20–21:26；离魂湾说明写 12:00–22:00，事件表是 16:00–21:00。</w:t>
      </w:r>
      <w:r>
        <w:rPr>
          <w:rFonts w:ascii="微软雅黑" w:hAnsi="微软雅黑" w:eastAsia="微软雅黑"/>
          <w:b/>
          <w:sz w:val="21"/>
        </w:rPr>
        <w:t>以 `world_event` 为准。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`award_para` 是“基准”，不是“到手”</w:t>
      </w:r>
      <w:r>
        <w:rPr>
          <w:rFonts w:ascii="微软雅黑" w:hAnsi="微软雅黑" w:eastAsia="微软雅黑"/>
          <w:sz w:val="21"/>
        </w:rPr>
        <w:t>。到手 = 基准 × `award_list` 里的百分比，且很多活动再乘一次活动内系数（如保卫粮仓按积分档 150%~710%）。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`是否开启=0` 的活动不要写进攻略</w:t>
      </w:r>
      <w:r>
        <w:rPr>
          <w:rFonts w:ascii="微软雅黑" w:hAnsi="微软雅黑" w:eastAsia="微软雅黑"/>
          <w:sz w:val="21"/>
        </w:rPr>
        <w:t>。本表已标注：在线奖励（关闭）、周一至周日嘉年华（全关闭）、万圣节系列（关闭）、圣诞部分（关闭）、快乐家园 11:30 场（关闭，只开 17:30 场）。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签到表逐月不同</w:t>
      </w:r>
      <w:r>
        <w:rPr>
          <w:rFonts w:ascii="微软雅黑" w:hAnsi="微软雅黑" w:eastAsia="微软雅黑"/>
          <w:sz w:val="21"/>
        </w:rPr>
        <w:t>。6 个等级段 × 12 个月 = 72 行配置，不要只抄第 1 月。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`copyin.txt` 的“金钱”是基础通关金钱</w:t>
      </w:r>
      <w:r>
        <w:rPr>
          <w:rFonts w:ascii="微软雅黑" w:hAnsi="微软雅黑" w:eastAsia="微软雅黑"/>
          <w:sz w:val="21"/>
        </w:rPr>
        <w:t>，不含怪物掉落、任务奖励、神运翻倍。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不要凭“副本脚本文件名”推等级</w:t>
      </w:r>
      <w:r>
        <w:rPr>
          <w:rFonts w:ascii="微软雅黑" w:hAnsi="微软雅黑" w:eastAsia="微软雅黑"/>
          <w:sz w:val="21"/>
        </w:rPr>
        <w:t>。例如 `fb_baigudong.txt` 看着像低级的“白骨洞”，实际是 90–100 级副本；`fb_chuangsanguan`（闯三关）是 95–100 级。等级一律以 `copyin.txt` 的“建议等级”为准。</w:t>
      </w:r>
    </w:p>
    <w:p>
      <w:pPr>
        <w:pStyle w:val="ListNumber"/>
      </w:pPr>
      <w:r>
        <w:rPr>
          <w:rFonts w:ascii="微软雅黑" w:hAnsi="微软雅黑" w:eastAsia="微软雅黑"/>
          <w:sz w:val="21"/>
        </w:rPr>
        <w:t>表里出现大量 2010–2015 年的节日一次性配置（`周期=4`，如「圣诞老人的降临 2011-12-25 至 2012-01-03」），</w:t>
      </w:r>
      <w:r>
        <w:rPr>
          <w:rFonts w:ascii="微软雅黑" w:hAnsi="微软雅黑" w:eastAsia="微软雅黑"/>
          <w:b/>
          <w:sz w:val="21"/>
        </w:rPr>
        <w:t>这些是历史数据，不代表本服今年会开</w:t>
      </w:r>
      <w:r>
        <w:rPr>
          <w:rFonts w:ascii="微软雅黑" w:hAnsi="微软雅黑" w:eastAsia="微软雅黑"/>
          <w:sz w:val="21"/>
        </w:rPr>
        <w:t>；写攻略时统一加「按游戏内活动日历」。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周末战场·枫霜林只有 4 场是真开的</w:t>
      </w:r>
      <w:r>
        <w:rPr>
          <w:rFonts w:ascii="微软雅黑" w:hAnsi="微软雅黑" w:eastAsia="微软雅黑"/>
          <w:sz w:val="21"/>
        </w:rPr>
        <w:t>。help_bank 文案写「14:00/14:30/15:00/15:30/16:00/16:30」共 6 场，但 `world_event` 436/437（14:00、14:30）</w:t>
      </w:r>
      <w:r>
        <w:rPr>
          <w:rFonts w:ascii="微软雅黑" w:hAnsi="微软雅黑" w:eastAsia="微软雅黑"/>
          <w:b/>
          <w:sz w:val="21"/>
        </w:rPr>
        <w:t>开启=0</w:t>
      </w:r>
      <w:r>
        <w:rPr>
          <w:rFonts w:ascii="微软雅黑" w:hAnsi="微软雅黑" w:eastAsia="微软雅黑"/>
          <w:sz w:val="21"/>
        </w:rPr>
        <w:t>，只有 438–441（15:00、15:30、16:00、16:30）是开启=1。别把 14:00 场写进攻略。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猎苑场次的时间来源是 `activites.txt` 第 11/12/13 行 + `world_event` 33–41/96–98/859–861</w:t>
      </w:r>
      <w:r>
        <w:rPr>
          <w:rFonts w:ascii="微软雅黑" w:hAnsi="微软雅黑" w:eastAsia="微软雅黑"/>
          <w:sz w:val="21"/>
        </w:rPr>
        <w:t>，不是脚本推测：`activites` 的「活动时间」列写 `1215*1245`、`2000*2030`、`2115*2145`（对应 12:15/20:00/21:15），`world_event` 三组事件全部开启且时间一致。**说「activites 猎苑时间列是空的」是把 `皇家猎苑`（ID 26，时间 `0*2400` 全天）当成了 `猎苑狩猎`（ID 11/12/13）。**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黄九进犯要谨慎</w:t>
      </w:r>
      <w:r>
        <w:rPr>
          <w:rFonts w:ascii="微软雅黑" w:hAnsi="微软雅黑" w:eastAsia="微软雅黑"/>
          <w:sz w:val="21"/>
        </w:rPr>
        <w:t>：`activites` ID 1/2/4 写了 10:00/16:00/20:00（宁海·兰陵道，12+），但 `world_event` 里</w:t>
      </w:r>
      <w:r>
        <w:rPr>
          <w:rFonts w:ascii="微软雅黑" w:hAnsi="微软雅黑" w:eastAsia="微软雅黑"/>
          <w:b/>
          <w:sz w:val="21"/>
        </w:rPr>
        <w:t>没有任何对应开启事件</w:t>
      </w:r>
      <w:r>
        <w:rPr>
          <w:rFonts w:ascii="微软雅黑" w:hAnsi="微软雅黑" w:eastAsia="微软雅黑"/>
          <w:sz w:val="21"/>
        </w:rPr>
        <w:t>，当前是否真的按这三场跑，以游戏内为准。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斗神坛时段有三个版本</w:t>
      </w:r>
      <w:r>
        <w:rPr>
          <w:rFonts w:ascii="微软雅黑" w:hAnsi="微软雅黑" w:eastAsia="微软雅黑"/>
          <w:sz w:val="21"/>
        </w:rPr>
        <w:t>：`activites` 时间列 20:00–21:00、说明文字「每周一至周四」、`world_event` 246「每天 20:20–21:26」。help_bank 又写 20:20–21:20。</w:t>
      </w:r>
      <w:r>
        <w:rPr>
          <w:rFonts w:ascii="微软雅黑" w:hAnsi="微软雅黑" w:eastAsia="微软雅黑"/>
          <w:b/>
          <w:sz w:val="21"/>
        </w:rPr>
        <w:t>建议对外统一写「20:20 开赛，约 21:20 结束；周一至周四为正式比赛日」</w:t>
      </w:r>
      <w:r>
        <w:rPr>
          <w:rFonts w:ascii="微软雅黑" w:hAnsi="微软雅黑" w:eastAsia="微软雅黑"/>
          <w:sz w:val="21"/>
        </w:rPr>
        <w:t>，并注明来源分歧。</w:t>
      </w:r>
    </w:p>
    <w:p>
      <w:r>
        <w:br w:type="page"/>
      </w:r>
    </w:p>
    <w:p>
      <w:pPr>
        <w:pStyle w:val="Title"/>
      </w:pPr>
      <w:r>
        <w:rPr>
          <w:rFonts w:ascii="微软雅黑" w:hAnsi="微软雅黑" w:eastAsia="微软雅黑"/>
          <w:color w:val="1F3A5F"/>
          <w:sz w:val="40"/>
        </w:rPr>
        <w:t>寻仙 · 玩家养成指南（1 级 → 满级）</w:t>
      </w:r>
    </w:p>
    <w:p>
      <w:pPr>
        <w:ind w:left="283"/>
      </w:pPr>
      <w:r>
        <w:rPr>
          <w:rFonts w:ascii="微软雅黑" w:hAnsi="微软雅黑" w:eastAsia="微软雅黑"/>
          <w:i/>
          <w:color w:val="666666"/>
          <w:sz w:val="19"/>
        </w:rPr>
        <w:t>这份东西是给"完全没玩过寻仙"的人写的。</w:t>
      </w:r>
    </w:p>
    <w:p>
      <w:pPr>
        <w:ind w:left="283"/>
      </w:pPr>
      <w:r>
        <w:rPr>
          <w:rFonts w:ascii="微软雅黑" w:hAnsi="微软雅黑" w:eastAsia="微软雅黑"/>
          <w:i/>
          <w:color w:val="666666"/>
          <w:sz w:val="19"/>
        </w:rPr>
        <w:t>不讲表结构，只讲：</w:t>
      </w:r>
      <w:r>
        <w:rPr>
          <w:rFonts w:ascii="微软雅黑" w:hAnsi="微软雅黑" w:eastAsia="微软雅黑"/>
          <w:b/>
          <w:i/>
          <w:color w:val="666666"/>
          <w:sz w:val="19"/>
        </w:rPr>
        <w:t>这个系统怎么玩、有什么用、值不值得先弄</w:t>
      </w:r>
      <w:r>
        <w:rPr>
          <w:rFonts w:ascii="微软雅黑" w:hAnsi="微软雅黑" w:eastAsia="微软雅黑"/>
          <w:i/>
          <w:color w:val="666666"/>
          <w:sz w:val="19"/>
        </w:rPr>
        <w:t>。</w:t>
      </w:r>
    </w:p>
    <w:p>
      <w:pPr>
        <w:ind w:left="283"/>
      </w:pPr>
      <w:r>
        <w:rPr>
          <w:rFonts w:ascii="微软雅黑" w:hAnsi="微软雅黑" w:eastAsia="微软雅黑"/>
          <w:i/>
          <w:color w:val="666666"/>
          <w:sz w:val="19"/>
        </w:rPr>
        <w:t>数据全部来自服务端原始表（level_up / quest_info / item_list / bank_* / pet / life 等）。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&gt;</w:t>
      </w:r>
    </w:p>
    <w:p>
      <w:pPr>
        <w:ind w:left="283"/>
      </w:pPr>
      <w:r>
        <w:rPr>
          <w:rFonts w:ascii="微软雅黑" w:hAnsi="微软雅黑" w:eastAsia="微软雅黑"/>
          <w:i/>
          <w:color w:val="666666"/>
          <w:sz w:val="19"/>
        </w:rPr>
        <w:t>先说明一点：</w:t>
      </w:r>
      <w:r>
        <w:rPr>
          <w:rFonts w:ascii="微软雅黑" w:hAnsi="微软雅黑" w:eastAsia="微软雅黑"/>
          <w:b/>
          <w:i/>
          <w:color w:val="666666"/>
          <w:sz w:val="19"/>
        </w:rPr>
        <w:t>服务端表里实际能玩到 99 级</w:t>
      </w:r>
      <w:r>
        <w:rPr>
          <w:rFonts w:ascii="微软雅黑" w:hAnsi="微软雅黑" w:eastAsia="微软雅黑"/>
          <w:i/>
          <w:color w:val="666666"/>
          <w:sz w:val="19"/>
        </w:rPr>
        <w:t>（100 级那一行标着"当前版本未开放"）。</w:t>
      </w:r>
    </w:p>
    <w:p>
      <w:pPr>
        <w:ind w:left="283"/>
      </w:pPr>
      <w:r>
        <w:rPr>
          <w:rFonts w:ascii="微软雅黑" w:hAnsi="微软雅黑" w:eastAsia="微软雅黑"/>
          <w:i/>
          <w:color w:val="666666"/>
          <w:sz w:val="19"/>
        </w:rPr>
        <w:t>100 级是下一阶段的内容——"九九归一"和"职业进阶"，不是现在能练上去的。</w:t>
      </w:r>
    </w:p>
    <w:p>
      <w:pPr>
        <w:ind w:left="283"/>
      </w:pPr>
      <w:r>
        <w:rPr>
          <w:rFonts w:ascii="微软雅黑" w:hAnsi="微软雅黑" w:eastAsia="微软雅黑"/>
          <w:i/>
          <w:color w:val="666666"/>
          <w:sz w:val="19"/>
        </w:rPr>
        <w:t>如果服主开了阶段服（比如先开 40 级、60 级），按对应章节截断看就行，路线是一样的。</w:t>
      </w:r>
    </w:p>
    <w:p>
      <w:r>
        <w:br w:type="page"/>
      </w:r>
    </w:p>
    <w:p>
      <w:pPr>
        <w:pStyle w:val="Heading1"/>
      </w:pPr>
      <w:r>
        <w:rPr>
          <w:rFonts w:ascii="微软雅黑" w:hAnsi="微软雅黑" w:eastAsia="微软雅黑"/>
          <w:color w:val="1F3A5F"/>
          <w:sz w:val="30"/>
        </w:rPr>
        <w:t>0. 一分钟看懂这个游戏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寻仙的养成，其实就四条线，同时推进：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等级线</w:t>
      </w:r>
      <w:r>
        <w:rPr>
          <w:rFonts w:ascii="微软雅黑" w:hAnsi="微软雅黑" w:eastAsia="微软雅黑"/>
          <w:sz w:val="21"/>
        </w:rPr>
        <w:t>：做任务、刷怪、下副本，把等级顶上去。等级是门槛，很多系统不到级根本不给你开。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装备线</w:t>
      </w:r>
      <w:r>
        <w:rPr>
          <w:rFonts w:ascii="微软雅黑" w:hAnsi="微软雅黑" w:eastAsia="微软雅黑"/>
          <w:sz w:val="21"/>
        </w:rPr>
        <w:t>：武器、防具、首饰、法宝、灵宝、时装。战力差距 80% 在这一块。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宠物线</w:t>
      </w:r>
      <w:r>
        <w:rPr>
          <w:rFonts w:ascii="微软雅黑" w:hAnsi="微软雅黑" w:eastAsia="微软雅黑"/>
          <w:sz w:val="21"/>
        </w:rPr>
        <w:t>：侍宠（给你加属性）、骑宠（能骑能打）、宠物技能和战魂。属于"细水长流"的加成。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社交线</w:t>
      </w:r>
      <w:r>
        <w:rPr>
          <w:rFonts w:ascii="微软雅黑" w:hAnsi="微软雅黑" w:eastAsia="微软雅黑"/>
          <w:sz w:val="21"/>
        </w:rPr>
        <w:t>：门派（公会）、师徒、夫妻、阵营（官府/仙派）。不直接加多少战力，但</w:t>
      </w:r>
      <w:r>
        <w:rPr>
          <w:rFonts w:ascii="微软雅黑" w:hAnsi="微软雅黑" w:eastAsia="微软雅黑"/>
          <w:b/>
          <w:sz w:val="21"/>
        </w:rPr>
        <w:t>给的经验、俸禄、材料和便利非常多</w:t>
      </w:r>
      <w:r>
        <w:rPr>
          <w:rFonts w:ascii="微软雅黑" w:hAnsi="微软雅黑" w:eastAsia="微软雅黑"/>
          <w:sz w:val="21"/>
        </w:rPr>
        <w:t>，散人玩会很吃亏。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先把三个容易混的概念分开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173"/>
        <w:gridCol w:w="3173"/>
        <w:gridCol w:w="3173"/>
      </w:tblGrid>
      <w:tr>
        <w:tc>
          <w:tcPr>
            <w:tcW w:type="dxa" w:w="3173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名词</w:t>
            </w:r>
          </w:p>
        </w:tc>
        <w:tc>
          <w:tcPr>
            <w:tcW w:type="dxa" w:w="3173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是什么</w:t>
            </w:r>
          </w:p>
        </w:tc>
        <w:tc>
          <w:tcPr>
            <w:tcW w:type="dxa" w:w="3173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一句话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职业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你创建角色时选的战斗职业，一共 10 个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决定你能学什么技能、在队伍里干什么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门派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玩家自己建的公会/帮派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加一个活跃门派，等于多一份日常收入和一堆科技加成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阵营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官府（中原政权）和仙派，二选一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做官/做仙派宾位，每天领俸禄，商店打折</w:t>
            </w:r>
          </w:p>
        </w:tc>
      </w:tr>
    </w:tbl>
    <w:p/>
    <w:p>
      <w:pPr>
        <w:ind w:left="283"/>
      </w:pPr>
      <w:r>
        <w:rPr>
          <w:rFonts w:ascii="微软雅黑" w:hAnsi="微软雅黑" w:eastAsia="微软雅黑"/>
          <w:i/>
          <w:color w:val="666666"/>
          <w:sz w:val="19"/>
        </w:rPr>
        <w:t>新手最容易把"门派"当成"职业"。记住：</w:t>
      </w:r>
      <w:r>
        <w:rPr>
          <w:rFonts w:ascii="微软雅黑" w:hAnsi="微软雅黑" w:eastAsia="微软雅黑"/>
          <w:b/>
          <w:i/>
          <w:color w:val="666666"/>
          <w:sz w:val="19"/>
        </w:rPr>
        <w:t>职业是天生的，门派是后加的</w:t>
      </w:r>
      <w:r>
        <w:rPr>
          <w:rFonts w:ascii="微软雅黑" w:hAnsi="微软雅黑" w:eastAsia="微软雅黑"/>
          <w:i/>
          <w:color w:val="666666"/>
          <w:sz w:val="19"/>
        </w:rPr>
        <w:t>。</w:t>
      </w:r>
    </w:p>
    <w:p>
      <w:r>
        <w:br w:type="page"/>
      </w:r>
    </w:p>
    <w:p>
      <w:pPr>
        <w:pStyle w:val="Heading1"/>
      </w:pPr>
      <w:r>
        <w:rPr>
          <w:rFonts w:ascii="微软雅黑" w:hAnsi="微软雅黑" w:eastAsia="微软雅黑"/>
          <w:color w:val="1F3A5F"/>
          <w:sz w:val="30"/>
        </w:rPr>
        <w:t>1. 职业怎么选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1.1 四大系，十个职业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游戏把 10 个职业分成 4 系：</w:t>
      </w:r>
      <w:r>
        <w:rPr>
          <w:rFonts w:ascii="微软雅黑" w:hAnsi="微软雅黑" w:eastAsia="微软雅黑"/>
          <w:b/>
          <w:sz w:val="21"/>
        </w:rPr>
        <w:t>力士、游侠、法师、符咒师</w:t>
      </w:r>
      <w:r>
        <w:rPr>
          <w:rFonts w:ascii="微软雅黑" w:hAnsi="微软雅黑" w:eastAsia="微软雅黑"/>
          <w:sz w:val="21"/>
        </w:rPr>
        <w:t>。同一系里两个职业，玩法差得很远，别以为是一个东西。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586"/>
        <w:gridCol w:w="1586"/>
        <w:gridCol w:w="1586"/>
        <w:gridCol w:w="1586"/>
        <w:gridCol w:w="1586"/>
        <w:gridCol w:w="1586"/>
      </w:tblGrid>
      <w:tr>
        <w:tc>
          <w:tcPr>
            <w:tcW w:type="dxa" w:w="1586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系</w:t>
            </w:r>
          </w:p>
        </w:tc>
        <w:tc>
          <w:tcPr>
            <w:tcW w:type="dxa" w:w="1586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职业</w:t>
            </w:r>
          </w:p>
        </w:tc>
        <w:tc>
          <w:tcPr>
            <w:tcW w:type="dxa" w:w="1586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队伍定位</w:t>
            </w:r>
          </w:p>
        </w:tc>
        <w:tc>
          <w:tcPr>
            <w:tcW w:type="dxa" w:w="1586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输出类型</w:t>
            </w:r>
          </w:p>
        </w:tc>
        <w:tc>
          <w:tcPr>
            <w:tcW w:type="dxa" w:w="1586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上手难度</w:t>
            </w:r>
          </w:p>
        </w:tc>
        <w:tc>
          <w:tcPr>
            <w:tcW w:type="dxa" w:w="1586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新手推荐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力士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金刚力士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主坦克、拉怪、团辅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物理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★（简单）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★★★★★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力士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罗刹力士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副坦、群拉、物理群攻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物理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★★★★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游侠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驭剑游侠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物理单体爆发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物理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★★★★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游侠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奇门游侠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召唤 + 治疗 + 复活，万金油辅助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法术/召唤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★★★★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游侠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天罗游侠（乾坤）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物理群攻、控制、少量治疗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物理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★★★★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法师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控火法师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火系群攻、刷怪最快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法术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★★★★★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法师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掌电法师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雷系群攻、麻痹控制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法术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★★★★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法师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乘风法师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风系群攻、机动性强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法术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★★★★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符咒师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天君符咒师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主治疗、团队增益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法术/治疗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★★★★★</w:t>
            </w:r>
          </w:p>
        </w:tc>
      </w:tr>
      <w:tr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符咒师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幽冥符咒师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法系持续伤害、减益、副治疗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法术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★★★★</w:t>
            </w:r>
          </w:p>
        </w:tc>
        <w:tc>
          <w:tcPr>
            <w:tcW w:type="dxa" w:w="1586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</w:t>
            </w:r>
          </w:p>
        </w:tc>
      </w:tr>
    </w:tbl>
    <w:p/>
    <w:p>
      <w:pPr>
        <w:ind w:left="283"/>
      </w:pPr>
      <w:r>
        <w:rPr>
          <w:rFonts w:ascii="微软雅黑" w:hAnsi="微软雅黑" w:eastAsia="微软雅黑"/>
          <w:b/>
          <w:i/>
          <w:color w:val="666666"/>
          <w:sz w:val="19"/>
        </w:rPr>
        <w:t>天罗游侠</w:t>
      </w:r>
      <w:r>
        <w:rPr>
          <w:rFonts w:ascii="微软雅黑" w:hAnsi="微软雅黑" w:eastAsia="微软雅黑"/>
          <w:i/>
          <w:color w:val="666666"/>
          <w:sz w:val="19"/>
        </w:rPr>
        <w:t>和</w:t>
      </w:r>
      <w:r>
        <w:rPr>
          <w:rFonts w:ascii="微软雅黑" w:hAnsi="微软雅黑" w:eastAsia="微软雅黑"/>
          <w:b/>
          <w:i/>
          <w:color w:val="666666"/>
          <w:sz w:val="19"/>
        </w:rPr>
        <w:t>乾坤游侠</w:t>
      </w:r>
      <w:r>
        <w:rPr>
          <w:rFonts w:ascii="微软雅黑" w:hAnsi="微软雅黑" w:eastAsia="微软雅黑"/>
          <w:i/>
          <w:color w:val="666666"/>
          <w:sz w:val="19"/>
        </w:rPr>
        <w:t>是同一个职业：建角色界面叫"天罗游侠"，职业表/装备推荐里叫"乾坤游侠"，技能是乾坤圈那一套。看到两个名字别慌。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1.2 十个职业，逐个说人话</w:t>
      </w:r>
    </w:p>
    <w:p>
      <w:pPr>
        <w:spacing w:after="80"/>
      </w:pPr>
      <w:r>
        <w:rPr>
          <w:rFonts w:ascii="微软雅黑" w:hAnsi="微软雅黑" w:eastAsia="微软雅黑"/>
          <w:b/>
          <w:sz w:val="21"/>
        </w:rPr>
        <w:t>金刚力士（力士）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招牌是召唤"石敢当"化作大锤砸人，但真正的价值是</w:t>
      </w:r>
      <w:r>
        <w:rPr>
          <w:rFonts w:ascii="微软雅黑" w:hAnsi="微软雅黑" w:eastAsia="微软雅黑"/>
          <w:b/>
          <w:sz w:val="21"/>
        </w:rPr>
        <w:t>拉怪和保命</w:t>
      </w:r>
      <w:r>
        <w:rPr>
          <w:rFonts w:ascii="微软雅黑" w:hAnsi="微软雅黑" w:eastAsia="微软雅黑"/>
          <w:sz w:val="21"/>
        </w:rPr>
        <w:t>：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`怒·挑衅` 单体嘲讽，`怒·威压` 群体嘲讽（10 步内最多 10 个怪强行打你）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`护·金刚护体` 用伤害换减伤，`护·金刚加持` 直接回满体力，`护·命令怒吼` 给全队加生命上限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`护·梵音解咒` 群体解眩晕/恐惧/催眠</w:t>
      </w:r>
    </w:p>
    <w:p>
      <w:pPr>
        <w:spacing w:after="80"/>
      </w:pPr>
      <w:r>
        <w:rPr>
          <w:rFonts w:ascii="微软雅黑" w:hAnsi="微软雅黑" w:eastAsia="微软雅黑"/>
          <w:b/>
          <w:sz w:val="21"/>
        </w:rPr>
        <w:t>怎么玩</w:t>
      </w:r>
      <w:r>
        <w:rPr>
          <w:rFonts w:ascii="微软雅黑" w:hAnsi="微软雅黑" w:eastAsia="微软雅黑"/>
          <w:sz w:val="21"/>
        </w:rPr>
        <w:t>：进副本先群嘲，把怪拉住，剩下的交给输出。你是队伍的保险丝。</w:t>
      </w:r>
    </w:p>
    <w:p>
      <w:pPr>
        <w:spacing w:after="80"/>
      </w:pPr>
      <w:r>
        <w:rPr>
          <w:rFonts w:ascii="微软雅黑" w:hAnsi="微软雅黑" w:eastAsia="微软雅黑"/>
          <w:b/>
          <w:sz w:val="21"/>
        </w:rPr>
        <w:t>优先级</w:t>
      </w:r>
      <w:r>
        <w:rPr>
          <w:rFonts w:ascii="微软雅黑" w:hAnsi="微软雅黑" w:eastAsia="微软雅黑"/>
          <w:sz w:val="21"/>
        </w:rPr>
        <w:t>：想稳定进队、操作又不想太累，选它。</w:t>
      </w:r>
    </w:p>
    <w:p>
      <w:pPr>
        <w:spacing w:after="80"/>
      </w:pPr>
      <w:r>
        <w:rPr>
          <w:rFonts w:ascii="微软雅黑" w:hAnsi="微软雅黑" w:eastAsia="微软雅黑"/>
          <w:b/>
          <w:sz w:val="21"/>
        </w:rPr>
        <w:t>罗刹力士（力士）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同样是力士，但走的是"鬼爪/画轴"路线，比金刚更偏输出和群拉：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`五鬼嘲讽`、`五鬼迷乱` 远程/群体强制拉怪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`五鬼侵蚀`、`祭·强击` 叠流血，`鬼爪震击` 击倒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`冥王心法` 解定身、回 20% 体力</w:t>
      </w:r>
    </w:p>
    <w:p>
      <w:pPr>
        <w:spacing w:after="80"/>
      </w:pPr>
      <w:r>
        <w:rPr>
          <w:rFonts w:ascii="微软雅黑" w:hAnsi="微软雅黑" w:eastAsia="微软雅黑"/>
          <w:b/>
          <w:sz w:val="21"/>
        </w:rPr>
        <w:t>怎么玩</w:t>
      </w:r>
      <w:r>
        <w:rPr>
          <w:rFonts w:ascii="微软雅黑" w:hAnsi="微软雅黑" w:eastAsia="微软雅黑"/>
          <w:sz w:val="21"/>
        </w:rPr>
        <w:t>：一群一群拉着打，靠流血和击倒慢慢磨。比金刚脆一点，但刷怪效率高。</w:t>
      </w:r>
    </w:p>
    <w:p>
      <w:pPr>
        <w:spacing w:after="80"/>
      </w:pPr>
      <w:r>
        <w:rPr>
          <w:rFonts w:ascii="微软雅黑" w:hAnsi="微软雅黑" w:eastAsia="微软雅黑"/>
          <w:b/>
          <w:sz w:val="21"/>
        </w:rPr>
        <w:t>优先级</w:t>
      </w:r>
      <w:r>
        <w:rPr>
          <w:rFonts w:ascii="微软雅黑" w:hAnsi="微软雅黑" w:eastAsia="微软雅黑"/>
          <w:sz w:val="21"/>
        </w:rPr>
        <w:t>：喜欢"又肉又能打"的选它。</w:t>
      </w:r>
    </w:p>
    <w:p>
      <w:pPr>
        <w:spacing w:after="80"/>
      </w:pPr>
      <w:r>
        <w:rPr>
          <w:rFonts w:ascii="微软雅黑" w:hAnsi="微软雅黑" w:eastAsia="微软雅黑"/>
          <w:b/>
          <w:sz w:val="21"/>
        </w:rPr>
        <w:t>驭剑游侠（游侠）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玩"飞剑"的物理爆发：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`剑气·蓄力` 攒飞剑（最多 3 把），`剑气·电射` 边打边攒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`剑诀·破军` 冲过去击倒一条线，`剑心·破空` 消耗全部飞剑打一发大的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`剑诀·必杀` 给全队加物理会心，`剑诀·驭剑` 解减速/定身加速</w:t>
      </w:r>
    </w:p>
    <w:p>
      <w:pPr>
        <w:spacing w:after="80"/>
      </w:pPr>
      <w:r>
        <w:rPr>
          <w:rFonts w:ascii="微软雅黑" w:hAnsi="微软雅黑" w:eastAsia="微软雅黑"/>
          <w:b/>
          <w:sz w:val="21"/>
        </w:rPr>
        <w:t>怎么玩</w:t>
      </w:r>
      <w:r>
        <w:rPr>
          <w:rFonts w:ascii="微软雅黑" w:hAnsi="微软雅黑" w:eastAsia="微软雅黑"/>
          <w:sz w:val="21"/>
        </w:rPr>
        <w:t>：攒剑 → 找角度 → 一套爆发。单体伤害非常漂亮，群怪一般。</w:t>
      </w:r>
    </w:p>
    <w:p>
      <w:pPr>
        <w:spacing w:after="80"/>
      </w:pPr>
      <w:r>
        <w:rPr>
          <w:rFonts w:ascii="微软雅黑" w:hAnsi="微软雅黑" w:eastAsia="微软雅黑"/>
          <w:b/>
          <w:sz w:val="21"/>
        </w:rPr>
        <w:t>优先级</w:t>
      </w:r>
      <w:r>
        <w:rPr>
          <w:rFonts w:ascii="微软雅黑" w:hAnsi="微软雅黑" w:eastAsia="微软雅黑"/>
          <w:sz w:val="21"/>
        </w:rPr>
        <w:t>：喜欢"秒人"和打 BOSS 的选它。</w:t>
      </w:r>
    </w:p>
    <w:p>
      <w:pPr>
        <w:spacing w:after="80"/>
      </w:pPr>
      <w:r>
        <w:rPr>
          <w:rFonts w:ascii="微软雅黑" w:hAnsi="微软雅黑" w:eastAsia="微软雅黑"/>
          <w:b/>
          <w:sz w:val="21"/>
        </w:rPr>
        <w:t>奇门游侠（游侠）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全游戏最"多面手"的职业，靠召唤签兵/签将/签王打架：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`奇门术·丁签/甲签/六合签` 召小弟，`命令签` 指定集火目标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 xml:space="preserve">`奇门术·导引术`、`推衍术` 单奶 + 加防，`六合重生术` </w:t>
      </w:r>
      <w:r>
        <w:rPr>
          <w:rFonts w:ascii="微软雅黑" w:hAnsi="微软雅黑" w:eastAsia="微软雅黑"/>
          <w:b/>
          <w:sz w:val="21"/>
        </w:rPr>
        <w:t>战斗中复活队友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`遁甲术·甲控` 让召唤物自爆，群体眩晕</w:t>
      </w:r>
    </w:p>
    <w:p>
      <w:pPr>
        <w:spacing w:after="80"/>
      </w:pPr>
      <w:r>
        <w:rPr>
          <w:rFonts w:ascii="微软雅黑" w:hAnsi="微软雅黑" w:eastAsia="微软雅黑"/>
          <w:b/>
          <w:sz w:val="21"/>
        </w:rPr>
        <w:t>怎么玩</w:t>
      </w:r>
      <w:r>
        <w:rPr>
          <w:rFonts w:ascii="微软雅黑" w:hAnsi="微软雅黑" w:eastAsia="微软雅黑"/>
          <w:sz w:val="21"/>
        </w:rPr>
        <w:t>：一个人就是一支小队。要管召唤物、要奶、要复活，操作量最大。</w:t>
      </w:r>
    </w:p>
    <w:p>
      <w:pPr>
        <w:spacing w:after="80"/>
      </w:pPr>
      <w:r>
        <w:rPr>
          <w:rFonts w:ascii="微软雅黑" w:hAnsi="微软雅黑" w:eastAsia="微软雅黑"/>
          <w:b/>
          <w:sz w:val="21"/>
        </w:rPr>
        <w:t>优先级</w:t>
      </w:r>
      <w:r>
        <w:rPr>
          <w:rFonts w:ascii="微软雅黑" w:hAnsi="微软雅黑" w:eastAsia="微软雅黑"/>
          <w:sz w:val="21"/>
        </w:rPr>
        <w:t>：喜欢辅助、喜欢"什么都能干"的老玩家选；纯新手第一号不推荐。</w:t>
      </w:r>
    </w:p>
    <w:p>
      <w:pPr>
        <w:spacing w:after="80"/>
      </w:pPr>
      <w:r>
        <w:rPr>
          <w:rFonts w:ascii="微软雅黑" w:hAnsi="微软雅黑" w:eastAsia="微软雅黑"/>
          <w:b/>
          <w:sz w:val="21"/>
        </w:rPr>
        <w:t>控火法师（法师）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葫芦系火法，刷怪机器：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`火鸦术`、`火猴术`（击倒+眩晕）、`火凤投林`（直线大伤害）、`火龙卷`、`火灵`（30 步内最多 7 个）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`葫芦罩` 30 秒无敌（但不能动），`祭葫芦·恢复` 自己回血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`三昧真火·凝聚` 叠 3 层，`激活` 让下一个技能瞬发</w:t>
      </w:r>
    </w:p>
    <w:p>
      <w:pPr>
        <w:spacing w:after="80"/>
      </w:pPr>
      <w:r>
        <w:rPr>
          <w:rFonts w:ascii="微软雅黑" w:hAnsi="微软雅黑" w:eastAsia="微软雅黑"/>
          <w:b/>
          <w:sz w:val="21"/>
        </w:rPr>
        <w:t>怎么玩</w:t>
      </w:r>
      <w:r>
        <w:rPr>
          <w:rFonts w:ascii="微软雅黑" w:hAnsi="微软雅黑" w:eastAsia="微软雅黑"/>
          <w:sz w:val="21"/>
        </w:rPr>
        <w:t>：拉一堆怪，站远处 AOE 清场。脆，但清怪速度第一梯队。</w:t>
      </w:r>
    </w:p>
    <w:p>
      <w:pPr>
        <w:spacing w:after="80"/>
      </w:pPr>
      <w:r>
        <w:rPr>
          <w:rFonts w:ascii="微软雅黑" w:hAnsi="微软雅黑" w:eastAsia="微软雅黑"/>
          <w:b/>
          <w:sz w:val="21"/>
        </w:rPr>
        <w:t>优先级</w:t>
      </w:r>
      <w:r>
        <w:rPr>
          <w:rFonts w:ascii="微软雅黑" w:hAnsi="微软雅黑" w:eastAsia="微软雅黑"/>
          <w:sz w:val="21"/>
        </w:rPr>
        <w:t>：想单刷快、想自己玩得爽，首选。</w:t>
      </w:r>
    </w:p>
    <w:p>
      <w:pPr>
        <w:spacing w:after="80"/>
      </w:pPr>
      <w:r>
        <w:rPr>
          <w:rFonts w:ascii="微软雅黑" w:hAnsi="微软雅黑" w:eastAsia="微软雅黑"/>
          <w:b/>
          <w:sz w:val="21"/>
        </w:rPr>
        <w:t>掌电法师（法师）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八卦镜雷法，群攻 + 控制：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`闪电·直射`、`雷霆·落雷`（击倒）、`电弧`（10 步内 7 个）、`雷爆`（击倒+眩晕 4 秒）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`球状闪电` 追踪麻痹，`八卦镜·虚无` 10 秒免伤（可移动）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`力场·节能` 全队技能蓝耗 -15%</w:t>
      </w:r>
    </w:p>
    <w:p>
      <w:pPr>
        <w:spacing w:after="80"/>
      </w:pPr>
      <w:r>
        <w:rPr>
          <w:rFonts w:ascii="微软雅黑" w:hAnsi="微软雅黑" w:eastAsia="微软雅黑"/>
          <w:b/>
          <w:sz w:val="21"/>
        </w:rPr>
        <w:t>怎么玩</w:t>
      </w:r>
      <w:r>
        <w:rPr>
          <w:rFonts w:ascii="微软雅黑" w:hAnsi="微软雅黑" w:eastAsia="微软雅黑"/>
          <w:sz w:val="21"/>
        </w:rPr>
        <w:t>：站桩丢雷，怪多了就电弧/雷爆。比控火多一点控制。</w:t>
      </w:r>
    </w:p>
    <w:p>
      <w:pPr>
        <w:spacing w:after="80"/>
      </w:pPr>
      <w:r>
        <w:rPr>
          <w:rFonts w:ascii="微软雅黑" w:hAnsi="微软雅黑" w:eastAsia="微软雅黑"/>
          <w:b/>
          <w:sz w:val="21"/>
        </w:rPr>
        <w:t>优先级</w:t>
      </w:r>
      <w:r>
        <w:rPr>
          <w:rFonts w:ascii="微软雅黑" w:hAnsi="微软雅黑" w:eastAsia="微软雅黑"/>
          <w:sz w:val="21"/>
        </w:rPr>
        <w:t>：喜欢"电一片"的选它，和控火二选一即可。</w:t>
      </w:r>
    </w:p>
    <w:p>
      <w:pPr>
        <w:spacing w:after="80"/>
      </w:pPr>
      <w:r>
        <w:rPr>
          <w:rFonts w:ascii="微软雅黑" w:hAnsi="微软雅黑" w:eastAsia="微软雅黑"/>
          <w:b/>
          <w:sz w:val="21"/>
        </w:rPr>
        <w:t>乘风法师（法师）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风系双形态（寒/焚），核心是"乘风法印"叠 3 层再放技能：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`寒·旋刃`、`寒·冰封`、`寒·地冻` 控制；`焚·飞刃`、`焚·灼烧`、`焚·炎龙出海` 输出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`风魔咒` 变身旋风：回血回体力、免控、减伤 90%，还能持续打人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`银晶甲` 吸收伤害</w:t>
      </w:r>
    </w:p>
    <w:p>
      <w:pPr>
        <w:spacing w:after="80"/>
      </w:pPr>
      <w:r>
        <w:rPr>
          <w:rFonts w:ascii="微软雅黑" w:hAnsi="微软雅黑" w:eastAsia="微软雅黑"/>
          <w:b/>
          <w:sz w:val="21"/>
        </w:rPr>
        <w:t>怎么玩</w:t>
      </w:r>
      <w:r>
        <w:rPr>
          <w:rFonts w:ascii="微软雅黑" w:hAnsi="微软雅黑" w:eastAsia="微软雅黑"/>
          <w:sz w:val="21"/>
        </w:rPr>
        <w:t>：先叠法印，再三层打爆发；被围了就风魔咒跑路。</w:t>
      </w:r>
    </w:p>
    <w:p>
      <w:pPr>
        <w:spacing w:after="80"/>
      </w:pPr>
      <w:r>
        <w:rPr>
          <w:rFonts w:ascii="微软雅黑" w:hAnsi="微软雅黑" w:eastAsia="微软雅黑"/>
          <w:b/>
          <w:sz w:val="21"/>
        </w:rPr>
        <w:t>优先级</w:t>
      </w:r>
      <w:r>
        <w:rPr>
          <w:rFonts w:ascii="微软雅黑" w:hAnsi="微软雅黑" w:eastAsia="微软雅黑"/>
          <w:sz w:val="21"/>
        </w:rPr>
        <w:t>：操作要求最高，新手别第一个玩。</w:t>
      </w:r>
    </w:p>
    <w:p>
      <w:pPr>
        <w:spacing w:after="80"/>
      </w:pPr>
      <w:r>
        <w:rPr>
          <w:rFonts w:ascii="微软雅黑" w:hAnsi="微软雅黑" w:eastAsia="微软雅黑"/>
          <w:b/>
          <w:sz w:val="21"/>
        </w:rPr>
        <w:t>天君符咒师（符咒师）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标准主奶 + 团队增益：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`治疗符`、`恢复符`、`化生符`、`两仪符`（群体大量治疗）、`观音咒`（6 秒持续群奶）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`招魂符`、`返魂术` 复活（返魂可在战斗中用）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三种幡：`药师幡`（减伤+回血）、`天王幡`（抗性+解控）、`老君幡`（全队会心+法效）</w:t>
      </w:r>
    </w:p>
    <w:p>
      <w:pPr>
        <w:spacing w:after="80"/>
      </w:pPr>
      <w:r>
        <w:rPr>
          <w:rFonts w:ascii="微软雅黑" w:hAnsi="微软雅黑" w:eastAsia="微软雅黑"/>
          <w:b/>
          <w:sz w:val="21"/>
        </w:rPr>
        <w:t>怎么玩</w:t>
      </w:r>
      <w:r>
        <w:rPr>
          <w:rFonts w:ascii="微软雅黑" w:hAnsi="微软雅黑" w:eastAsia="微软雅黑"/>
          <w:sz w:val="21"/>
        </w:rPr>
        <w:t>：盯好 T 的血，提前插幡，团灭前把复活交出去。副本永远的刚需。</w:t>
      </w:r>
    </w:p>
    <w:p>
      <w:pPr>
        <w:spacing w:after="80"/>
      </w:pPr>
      <w:r>
        <w:rPr>
          <w:rFonts w:ascii="微软雅黑" w:hAnsi="微软雅黑" w:eastAsia="微软雅黑"/>
          <w:b/>
          <w:sz w:val="21"/>
        </w:rPr>
        <w:t>优先级</w:t>
      </w:r>
      <w:r>
        <w:rPr>
          <w:rFonts w:ascii="微软雅黑" w:hAnsi="微软雅黑" w:eastAsia="微软雅黑"/>
          <w:sz w:val="21"/>
        </w:rPr>
        <w:t>：想"永远有人要你"，选天君。</w:t>
      </w:r>
    </w:p>
    <w:p>
      <w:pPr>
        <w:spacing w:after="80"/>
      </w:pPr>
      <w:r>
        <w:rPr>
          <w:rFonts w:ascii="微软雅黑" w:hAnsi="微软雅黑" w:eastAsia="微软雅黑"/>
          <w:b/>
          <w:sz w:val="21"/>
        </w:rPr>
        <w:t>幽冥符咒师（符咒师）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"控魂"系法系输出，也能当半个奶：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`控魂咒` 进入控魂状态，法术忽略目标法抗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`鬼附·魍魉`、`鬼附·恶来`、`鬼附·噬魂` 一堆持续掉血和降抗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`慑魂铃`、`大慑魂铃` 恐惧，`寄魂符` 给人一次"死后重生"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`吸魂` 杀怪加自己生命上限</w:t>
      </w:r>
    </w:p>
    <w:p>
      <w:pPr>
        <w:spacing w:after="80"/>
      </w:pPr>
      <w:r>
        <w:rPr>
          <w:rFonts w:ascii="微软雅黑" w:hAnsi="微软雅黑" w:eastAsia="微软雅黑"/>
          <w:b/>
          <w:sz w:val="21"/>
        </w:rPr>
        <w:t>怎么玩</w:t>
      </w:r>
      <w:r>
        <w:rPr>
          <w:rFonts w:ascii="微软雅黑" w:hAnsi="微软雅黑" w:eastAsia="微软雅黑"/>
          <w:sz w:val="21"/>
        </w:rPr>
        <w:t>：先控魂，再挂 DOT，靠恐惧和减益把怪磨死。输出不低但节奏慢。</w:t>
      </w:r>
    </w:p>
    <w:p>
      <w:pPr>
        <w:spacing w:after="80"/>
      </w:pPr>
      <w:r>
        <w:rPr>
          <w:rFonts w:ascii="微软雅黑" w:hAnsi="微软雅黑" w:eastAsia="微软雅黑"/>
          <w:b/>
          <w:sz w:val="21"/>
        </w:rPr>
        <w:t>优先级</w:t>
      </w:r>
      <w:r>
        <w:rPr>
          <w:rFonts w:ascii="微软雅黑" w:hAnsi="微软雅黑" w:eastAsia="微软雅黑"/>
          <w:sz w:val="21"/>
        </w:rPr>
        <w:t>：喜欢"慢慢折磨"和 PVP 的选它。</w:t>
      </w:r>
    </w:p>
    <w:p>
      <w:pPr>
        <w:spacing w:after="80"/>
      </w:pPr>
      <w:r>
        <w:rPr>
          <w:rFonts w:ascii="微软雅黑" w:hAnsi="微软雅黑" w:eastAsia="微软雅黑"/>
          <w:b/>
          <w:sz w:val="21"/>
        </w:rPr>
        <w:t>天罗/乾坤游侠（游侠）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乾坤圈专精，物理群攻 + 一点治疗：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`飞圈术`、`弹射术`（弹 3 个）、`控圈术`（一去一回打两遍）、`巨轮压顶术`（直线击倒+眩晕）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每个技能叠"乾坤印记"，`碎骨术`、`双切术` 吃印记打爆发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`炼魂术` 治疗 4 个目标，`护身诀` 解控+减伤</w:t>
      </w:r>
    </w:p>
    <w:p>
      <w:pPr>
        <w:spacing w:after="80"/>
      </w:pPr>
      <w:r>
        <w:rPr>
          <w:rFonts w:ascii="微软雅黑" w:hAnsi="微软雅黑" w:eastAsia="微软雅黑"/>
          <w:b/>
          <w:sz w:val="21"/>
        </w:rPr>
        <w:t>怎么玩</w:t>
      </w:r>
      <w:r>
        <w:rPr>
          <w:rFonts w:ascii="微软雅黑" w:hAnsi="微软雅黑" w:eastAsia="微软雅黑"/>
          <w:sz w:val="21"/>
        </w:rPr>
        <w:t>：把怪串成一条线，靠圈的来回弹打群伤。</w:t>
      </w:r>
    </w:p>
    <w:p>
      <w:pPr>
        <w:spacing w:after="80"/>
      </w:pPr>
      <w:r>
        <w:rPr>
          <w:rFonts w:ascii="微软雅黑" w:hAnsi="微软雅黑" w:eastAsia="微软雅黑"/>
          <w:b/>
          <w:sz w:val="21"/>
        </w:rPr>
        <w:t>优先级</w:t>
      </w:r>
      <w:r>
        <w:rPr>
          <w:rFonts w:ascii="微软雅黑" w:hAnsi="微软雅黑" w:eastAsia="微软雅黑"/>
          <w:sz w:val="21"/>
        </w:rPr>
        <w:t>：喜欢物理群刷、又想要一点自保的选它。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1.3 新手到底选哪个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想省心、想进队</w:t>
      </w:r>
      <w:r>
        <w:rPr>
          <w:rFonts w:ascii="微软雅黑" w:hAnsi="微软雅黑" w:eastAsia="微软雅黑"/>
          <w:sz w:val="21"/>
        </w:rPr>
        <w:t>：金刚力士、天君符咒师。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想自己刷得快</w:t>
      </w:r>
      <w:r>
        <w:rPr>
          <w:rFonts w:ascii="微软雅黑" w:hAnsi="微软雅黑" w:eastAsia="微软雅黑"/>
          <w:sz w:val="21"/>
        </w:rPr>
        <w:t>：控火法师、乾坤游侠、驭剑游侠。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想玩操作、玩花样</w:t>
      </w:r>
      <w:r>
        <w:rPr>
          <w:rFonts w:ascii="微软雅黑" w:hAnsi="微软雅黑" w:eastAsia="微软雅黑"/>
          <w:sz w:val="21"/>
        </w:rPr>
        <w:t>：奇门游侠、乘风法师、幽冥符咒师。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不要选</w:t>
      </w:r>
      <w:r>
        <w:rPr>
          <w:rFonts w:ascii="微软雅黑" w:hAnsi="微软雅黑" w:eastAsia="微软雅黑"/>
          <w:sz w:val="21"/>
        </w:rPr>
        <w:t>：如果你想"第一号随便玩玩"，别选奇门和乘风，手忙脚乱会让你前期很痛苦。</w:t>
      </w:r>
    </w:p>
    <w:p>
      <w:pPr>
        <w:ind w:left="283"/>
      </w:pPr>
      <w:r>
        <w:rPr>
          <w:rFonts w:ascii="微软雅黑" w:hAnsi="微软雅黑" w:eastAsia="微软雅黑"/>
          <w:i/>
          <w:color w:val="666666"/>
          <w:sz w:val="19"/>
        </w:rPr>
        <w:t>这游戏没有"废职业"。后期战力主要看装备、法宝、宠物和操作，职业只决定你在队伍里的位置。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1.4 组队怎么配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一个标准 5 人队：</w:t>
      </w:r>
      <w:r>
        <w:rPr>
          <w:rFonts w:ascii="微软雅黑" w:hAnsi="微软雅黑" w:eastAsia="微软雅黑"/>
          <w:b/>
          <w:sz w:val="21"/>
        </w:rPr>
        <w:t>1 坦克（金刚/罗刹）+ 1 治疗（天君/奇门）+ 3 输出（驭剑/乾坤/控火/掌电/乘风/幽冥）</w:t>
      </w:r>
      <w:r>
        <w:rPr>
          <w:rFonts w:ascii="微软雅黑" w:hAnsi="微软雅黑" w:eastAsia="微软雅黑"/>
          <w:sz w:val="21"/>
        </w:rPr>
        <w:t>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副本里金刚比罗刹更稳；罗刹更适合"一群小怪"的场合。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天君是纯奶，奇门是"奶+复活+召唤"，两个都有队伍会非常舒服。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输出里最好有一个物理（驭剑/乾坤）和一个法系（控火/掌电），因为有些怪物抗/法抗不一样。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1.5 门派（公会）：不是职业，但比职业还影响体验</w:t>
      </w:r>
    </w:p>
    <w:p>
      <w:pPr>
        <w:spacing w:after="80"/>
      </w:pPr>
      <w:r>
        <w:rPr>
          <w:rFonts w:ascii="微软雅黑" w:hAnsi="微软雅黑" w:eastAsia="微软雅黑"/>
          <w:b/>
          <w:sz w:val="21"/>
        </w:rPr>
        <w:t>怎么加</w:t>
      </w:r>
      <w:r>
        <w:rPr>
          <w:rFonts w:ascii="微软雅黑" w:hAnsi="微软雅黑" w:eastAsia="微软雅黑"/>
          <w:sz w:val="21"/>
        </w:rPr>
        <w:t>：10 级后，在宁海、石塘、京城的"门派接引人"（户部主簿旁边）查询已有门派，申请加入；门派官员也可以直接邀请你。</w:t>
      </w:r>
    </w:p>
    <w:p>
      <w:pPr>
        <w:spacing w:after="80"/>
      </w:pPr>
      <w:r>
        <w:rPr>
          <w:rFonts w:ascii="微软雅黑" w:hAnsi="微软雅黑" w:eastAsia="微软雅黑"/>
          <w:b/>
          <w:sz w:val="21"/>
        </w:rPr>
        <w:t>加了门派能干什么：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门派科技</w:t>
      </w:r>
      <w:r>
        <w:rPr>
          <w:rFonts w:ascii="微软雅黑" w:hAnsi="微软雅黑" w:eastAsia="微软雅黑"/>
          <w:sz w:val="21"/>
        </w:rPr>
        <w:t>：门派用"发展度"研究科技，研究出来的"门派仙法"给全体成员加属性（力量/体魄/元神/筋骨都有）。门派越强，你白嫖的属性越多。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门派任务/门派跑环</w:t>
      </w:r>
      <w:r>
        <w:rPr>
          <w:rFonts w:ascii="微软雅黑" w:hAnsi="微软雅黑" w:eastAsia="微软雅黑"/>
          <w:sz w:val="21"/>
        </w:rPr>
        <w:t>：给经验、金钱、</w:t>
      </w:r>
      <w:r>
        <w:rPr>
          <w:rFonts w:ascii="微软雅黑" w:hAnsi="微软雅黑" w:eastAsia="微软雅黑"/>
          <w:b/>
          <w:sz w:val="21"/>
        </w:rPr>
        <w:t>门派贡献</w:t>
      </w:r>
      <w:r>
        <w:rPr>
          <w:rFonts w:ascii="微软雅黑" w:hAnsi="微软雅黑" w:eastAsia="微软雅黑"/>
          <w:sz w:val="21"/>
        </w:rPr>
        <w:t>。贡献能在门派商店换</w:t>
      </w:r>
      <w:r>
        <w:rPr>
          <w:rFonts w:ascii="微软雅黑" w:hAnsi="微软雅黑" w:eastAsia="微软雅黑"/>
          <w:b/>
          <w:sz w:val="21"/>
        </w:rPr>
        <w:t>附魔符纸</w:t>
      </w:r>
      <w:r>
        <w:rPr>
          <w:rFonts w:ascii="微软雅黑" w:hAnsi="微软雅黑" w:eastAsia="微软雅黑"/>
          <w:sz w:val="21"/>
        </w:rPr>
        <w:t>、材料、坐骑。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门派摇钱树</w:t>
      </w:r>
      <w:r>
        <w:rPr>
          <w:rFonts w:ascii="微软雅黑" w:hAnsi="微软雅黑" w:eastAsia="微软雅黑"/>
          <w:sz w:val="21"/>
        </w:rPr>
        <w:t>（每天 13:30 / 20:00）：打树给经验，结束出宝箱，宝箱还能涨门派发展度。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门派采集战场 / 门派战 / 仙魔圣火·令旗之争</w:t>
      </w:r>
      <w:r>
        <w:rPr>
          <w:rFonts w:ascii="微软雅黑" w:hAnsi="微软雅黑" w:eastAsia="微软雅黑"/>
          <w:sz w:val="21"/>
        </w:rPr>
        <w:t>：门派积分、赛季奖励、战场声望。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玄兽驯养</w:t>
      </w:r>
      <w:r>
        <w:rPr>
          <w:rFonts w:ascii="微软雅黑" w:hAnsi="微软雅黑" w:eastAsia="微软雅黑"/>
          <w:sz w:val="21"/>
        </w:rPr>
        <w:t>：每天驯养门派玄兽，给贡献和奖励。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便利</w:t>
      </w:r>
      <w:r>
        <w:rPr>
          <w:rFonts w:ascii="微软雅黑" w:hAnsi="微软雅黑" w:eastAsia="微软雅黑"/>
          <w:sz w:val="21"/>
        </w:rPr>
        <w:t>：门派里有铁匠、仓库、传送，回城补给不用乱跑。</w:t>
      </w:r>
    </w:p>
    <w:p>
      <w:pPr>
        <w:ind w:left="283"/>
      </w:pPr>
      <w:r>
        <w:rPr>
          <w:rFonts w:ascii="微软雅黑" w:hAnsi="微软雅黑" w:eastAsia="微软雅黑"/>
          <w:i/>
          <w:color w:val="666666"/>
          <w:sz w:val="19"/>
        </w:rPr>
        <w:t>建议：</w:t>
      </w:r>
      <w:r>
        <w:rPr>
          <w:rFonts w:ascii="微软雅黑" w:hAnsi="微软雅黑" w:eastAsia="微软雅黑"/>
          <w:b/>
          <w:i/>
          <w:color w:val="666666"/>
          <w:sz w:val="19"/>
        </w:rPr>
        <w:t>进一个活跃的门派，别自己建</w:t>
      </w:r>
      <w:r>
        <w:rPr>
          <w:rFonts w:ascii="微软雅黑" w:hAnsi="微软雅黑" w:eastAsia="微软雅黑"/>
          <w:i/>
          <w:color w:val="666666"/>
          <w:sz w:val="19"/>
        </w:rPr>
        <w:t>。建门派要发展度、资金、人手，散人自己建基本是给自己找罪受。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1.6 阵营（官府 / 仙派）：选一边，领俸禄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游戏里有两个"朝廷"性质的阵营，二选一（不是强制，但建议主做一个）：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173"/>
        <w:gridCol w:w="3173"/>
        <w:gridCol w:w="3173"/>
      </w:tblGrid>
      <w:tr>
        <w:tc>
          <w:tcPr>
            <w:tcW w:type="dxa" w:w="3173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阵营</w:t>
            </w:r>
          </w:p>
        </w:tc>
        <w:tc>
          <w:tcPr>
            <w:tcW w:type="dxa" w:w="3173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怎么涨声望</w:t>
            </w:r>
          </w:p>
        </w:tc>
        <w:tc>
          <w:tcPr>
            <w:tcW w:type="dxa" w:w="3173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好处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官府（中原政权）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做各地【官府】任务、【当差】任务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定期领</w:t>
            </w:r>
            <w:r>
              <w:rPr>
                <w:rFonts w:ascii="微软雅黑" w:hAnsi="微软雅黑" w:eastAsia="微软雅黑"/>
                <w:b/>
                <w:sz w:val="18"/>
              </w:rPr>
              <w:t>官银俸禄</w:t>
            </w:r>
            <w:r>
              <w:rPr>
                <w:rFonts w:ascii="微软雅黑" w:hAnsi="微软雅黑" w:eastAsia="微软雅黑"/>
                <w:sz w:val="18"/>
              </w:rPr>
              <w:t>；官阶从九品升到一品；阵营商店打折（6 级 9 折、3 级以上 8 折）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仙派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做各地【仙派】任务、【当值】任务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定期领</w:t>
            </w:r>
            <w:r>
              <w:rPr>
                <w:rFonts w:ascii="微软雅黑" w:hAnsi="微软雅黑" w:eastAsia="微软雅黑"/>
                <w:b/>
                <w:sz w:val="18"/>
              </w:rPr>
              <w:t>仙禄</w:t>
            </w:r>
            <w:r>
              <w:rPr>
                <w:rFonts w:ascii="微软雅黑" w:hAnsi="微软雅黑" w:eastAsia="微软雅黑"/>
                <w:sz w:val="18"/>
              </w:rPr>
              <w:t>；宾位从九阶升到一阶；商店同样打折</w:t>
            </w:r>
          </w:p>
        </w:tc>
      </w:tr>
    </w:tbl>
    <w:p/>
    <w:p>
      <w:pPr>
        <w:pStyle w:val="ListBullet"/>
      </w:pPr>
      <w:r>
        <w:rPr>
          <w:rFonts w:ascii="微软雅黑" w:hAnsi="微软雅黑" w:eastAsia="微软雅黑"/>
          <w:sz w:val="21"/>
        </w:rPr>
        <w:t>官阶/宾位越高，俸禄越多（表里最高档的俸禄加成到 20%）。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阵营任务链很长，从宁海一路做到京城、茅山，</w:t>
      </w:r>
      <w:r>
        <w:rPr>
          <w:rFonts w:ascii="微软雅黑" w:hAnsi="微软雅黑" w:eastAsia="微软雅黑"/>
          <w:b/>
          <w:sz w:val="21"/>
        </w:rPr>
        <w:t>顺手做就行，不用专门肝</w:t>
      </w:r>
      <w:r>
        <w:rPr>
          <w:rFonts w:ascii="微软雅黑" w:hAnsi="微软雅黑" w:eastAsia="微软雅黑"/>
          <w:sz w:val="21"/>
        </w:rPr>
        <w:t>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两边都刷也不是不行，但声望分散，升阶慢，不如专一。</w:t>
      </w:r>
    </w:p>
    <w:p>
      <w:r>
        <w:br w:type="page"/>
      </w:r>
    </w:p>
    <w:p>
      <w:pPr>
        <w:pStyle w:val="Heading1"/>
      </w:pPr>
      <w:r>
        <w:rPr>
          <w:rFonts w:ascii="微软雅黑" w:hAnsi="微软雅黑" w:eastAsia="微软雅黑"/>
          <w:color w:val="1F3A5F"/>
          <w:sz w:val="30"/>
        </w:rPr>
        <w:t>2. 升级这件事：先看总账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很多人练到 60 级就开始喊"怎么升不动了"。先看这张表，心里有个数：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173"/>
        <w:gridCol w:w="3173"/>
        <w:gridCol w:w="3173"/>
      </w:tblGrid>
      <w:tr>
        <w:tc>
          <w:tcPr>
            <w:tcW w:type="dxa" w:w="3173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目标等级</w:t>
            </w:r>
          </w:p>
        </w:tc>
        <w:tc>
          <w:tcPr>
            <w:tcW w:type="dxa" w:w="3173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从 1 级累计需要经验</w:t>
            </w:r>
          </w:p>
        </w:tc>
        <w:tc>
          <w:tcPr>
            <w:tcW w:type="dxa" w:w="3173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占满级总经验的比例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10 级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4.57 万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≈0%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20 级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35.5 万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≈0.01%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30 级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121.5 万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0.02%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40 级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320 万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0.07%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50 级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1,022 万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0.21%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60 级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3,905 万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0.8%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70 级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1.97 亿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4%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80 级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6.97 亿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14%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90 级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15.32 亿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31%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99 级（当前满级）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49.16 亿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100%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100 级（未开放）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59.16 亿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</w:tr>
    </w:tbl>
    <w:p/>
    <w:p>
      <w:pPr>
        <w:ind w:left="283"/>
      </w:pPr>
      <w:r>
        <w:rPr>
          <w:rFonts w:ascii="微软雅黑" w:hAnsi="微软雅黑" w:eastAsia="微软雅黑"/>
          <w:i/>
          <w:color w:val="666666"/>
          <w:sz w:val="19"/>
        </w:rPr>
        <w:t xml:space="preserve">前 60 级加起来只占满级总经验的 </w:t>
      </w:r>
      <w:r>
        <w:rPr>
          <w:rFonts w:ascii="微软雅黑" w:hAnsi="微软雅黑" w:eastAsia="微软雅黑"/>
          <w:b/>
          <w:i/>
          <w:color w:val="666666"/>
          <w:sz w:val="19"/>
        </w:rPr>
        <w:t>0.8%</w:t>
      </w:r>
      <w:r>
        <w:rPr>
          <w:rFonts w:ascii="微软雅黑" w:hAnsi="微软雅黑" w:eastAsia="微软雅黑"/>
          <w:i/>
          <w:color w:val="666666"/>
          <w:sz w:val="19"/>
        </w:rPr>
        <w:t>，随便玩玩就过去了。</w:t>
      </w:r>
    </w:p>
    <w:p>
      <w:pPr>
        <w:ind w:left="283"/>
      </w:pPr>
      <w:r>
        <w:rPr>
          <w:rFonts w:ascii="微软雅黑" w:hAnsi="微软雅黑" w:eastAsia="微软雅黑"/>
          <w:i/>
          <w:color w:val="666666"/>
          <w:sz w:val="19"/>
        </w:rPr>
        <w:t xml:space="preserve">真正开始"肉疼"是 70 级以后，尤其 </w:t>
      </w:r>
      <w:r>
        <w:rPr>
          <w:rFonts w:ascii="微软雅黑" w:hAnsi="微软雅黑" w:eastAsia="微软雅黑"/>
          <w:b/>
          <w:i/>
          <w:color w:val="666666"/>
          <w:sz w:val="19"/>
        </w:rPr>
        <w:t>90→99 这 9 级要 33.8 亿经验，占了整个 1→99 的 69%</w:t>
      </w:r>
      <w:r>
        <w:rPr>
          <w:rFonts w:ascii="微软雅黑" w:hAnsi="微软雅黑" w:eastAsia="微软雅黑"/>
          <w:i/>
          <w:color w:val="666666"/>
          <w:sz w:val="19"/>
        </w:rPr>
        <w:t>。</w:t>
      </w:r>
    </w:p>
    <w:p>
      <w:pPr>
        <w:spacing w:after="80"/>
      </w:pPr>
      <w:r>
        <w:rPr>
          <w:rFonts w:ascii="微软雅黑" w:hAnsi="微软雅黑" w:eastAsia="微软雅黑"/>
          <w:b/>
          <w:sz w:val="21"/>
        </w:rPr>
        <w:t>三个关键结论：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1–90 级相对轻松</w:t>
      </w:r>
      <w:r>
        <w:rPr>
          <w:rFonts w:ascii="微软雅黑" w:hAnsi="微软雅黑" w:eastAsia="微软雅黑"/>
          <w:sz w:val="21"/>
        </w:rPr>
        <w:t>：任务表里所有任务的经验加总约 17.1 亿（把重复任务也各算了一次），大致相当于 90 级出头；实际一次性任务没这么多，所以 70 级以后要靠日常和副本补。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正传（主线）一共 886 条，合计约 4.48 亿经验</w:t>
      </w:r>
      <w:r>
        <w:rPr>
          <w:rFonts w:ascii="微软雅黑" w:hAnsi="微软雅黑" w:eastAsia="微软雅黑"/>
          <w:sz w:val="21"/>
        </w:rPr>
        <w:t xml:space="preserve">，刚好够你从 1 级走到 </w:t>
      </w:r>
      <w:r>
        <w:rPr>
          <w:rFonts w:ascii="微软雅黑" w:hAnsi="微软雅黑" w:eastAsia="微软雅黑"/>
          <w:b/>
          <w:sz w:val="21"/>
        </w:rPr>
        <w:t>76 级左右</w:t>
      </w:r>
      <w:r>
        <w:rPr>
          <w:rFonts w:ascii="微软雅黑" w:hAnsi="微软雅黑" w:eastAsia="微软雅黑"/>
          <w:sz w:val="21"/>
        </w:rPr>
        <w:t>。所以"跟着主线走"绝对不是废话，前 3/4 的等级它全包了。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91 级以后，任务基本没了</w:t>
      </w:r>
      <w:r>
        <w:rPr>
          <w:rFonts w:ascii="微软雅黑" w:hAnsi="微软雅黑" w:eastAsia="微软雅黑"/>
          <w:sz w:val="21"/>
        </w:rPr>
        <w:t>，只能靠日常、副本、活动和刷怪硬堆。这一段是"日常党"和"肝帝"拉开差距的地方。</w:t>
      </w:r>
    </w:p>
    <w:p>
      <w:pPr>
        <w:spacing w:after="80"/>
      </w:pPr>
      <w:r>
        <w:rPr>
          <w:rFonts w:ascii="微软雅黑" w:hAnsi="微软雅黑" w:eastAsia="微软雅黑"/>
          <w:b/>
          <w:sz w:val="21"/>
        </w:rPr>
        <w:t>升级手段效率排序（同等级、同时间下）：</w:t>
      </w:r>
    </w:p>
    <w:p>
      <w:pPr>
        <w:ind w:left="283"/>
      </w:pPr>
      <w:r>
        <w:rPr>
          <w:rFonts w:ascii="微软雅黑" w:hAnsi="微软雅黑" w:eastAsia="微软雅黑"/>
          <w:i/>
          <w:color w:val="666666"/>
          <w:sz w:val="19"/>
        </w:rPr>
        <w:t>主线正传 ＞ 当前等级副本日常 ＞ 镇妖塔/天魔幻境 ＞ 限时活动（答题、种树、抢粮、保卫粮仓） ＞ 拾荒/跑环 ＞ 纯刷怪 ＞ 跳舞挂机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主线</w:t>
      </w:r>
      <w:r>
        <w:rPr>
          <w:rFonts w:ascii="微软雅黑" w:hAnsi="微软雅黑" w:eastAsia="微软雅黑"/>
          <w:sz w:val="21"/>
        </w:rPr>
        <w:t>永远第一优先，因为它还给装备、给系统解锁、给地图权限。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副本日常</w:t>
      </w:r>
      <w:r>
        <w:rPr>
          <w:rFonts w:ascii="微软雅黑" w:hAnsi="微软雅黑" w:eastAsia="微软雅黑"/>
          <w:sz w:val="21"/>
        </w:rPr>
        <w:t>（"为民除害直捣 XX"）每天一次，经验非常肥，别漏。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纯刷怪</w:t>
      </w:r>
      <w:r>
        <w:rPr>
          <w:rFonts w:ascii="微软雅黑" w:hAnsi="微软雅黑" w:eastAsia="微软雅黑"/>
          <w:sz w:val="21"/>
        </w:rPr>
        <w:t>只在"任务断了、活动没开"的时候补，记得开多倍经验。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跳舞</w:t>
      </w:r>
      <w:r>
        <w:rPr>
          <w:rFonts w:ascii="微软雅黑" w:hAnsi="微软雅黑" w:eastAsia="微软雅黑"/>
          <w:sz w:val="21"/>
        </w:rPr>
        <w:t>是真正的"人不在也能涨经验"，还能触发 400 倍经验状态，适合上班挂机。</w:t>
      </w:r>
    </w:p>
    <w:p>
      <w:r>
        <w:br w:type="page"/>
      </w:r>
    </w:p>
    <w:p>
      <w:pPr>
        <w:pStyle w:val="Heading1"/>
      </w:pPr>
      <w:r>
        <w:rPr>
          <w:rFonts w:ascii="微软雅黑" w:hAnsi="微软雅黑" w:eastAsia="微软雅黑"/>
          <w:color w:val="1F3A5F"/>
          <w:sz w:val="30"/>
        </w:rPr>
        <w:t>3. 1–99 级分级路线</w:t>
      </w:r>
    </w:p>
    <w:p>
      <w:pPr>
        <w:ind w:left="283"/>
      </w:pPr>
      <w:r>
        <w:rPr>
          <w:rFonts w:ascii="微软雅黑" w:hAnsi="微软雅黑" w:eastAsia="微软雅黑"/>
          <w:i/>
          <w:color w:val="666666"/>
          <w:sz w:val="19"/>
        </w:rPr>
        <w:t>下面每一段都按"主线 → 刷怪地图 → 副本 → 装备目标 → 提醒"来说。</w:t>
      </w:r>
    </w:p>
    <w:p>
      <w:pPr>
        <w:ind w:left="283"/>
      </w:pPr>
      <w:r>
        <w:rPr>
          <w:rFonts w:ascii="微软雅黑" w:hAnsi="微软雅黑" w:eastAsia="微软雅黑"/>
          <w:i/>
          <w:color w:val="666666"/>
          <w:sz w:val="19"/>
        </w:rPr>
        <w:t>刷怪地图是官方帮助表里逐级推荐的，不是瞎写。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3.1 【1–10 级】小桑村：跟着正传走，别跳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主线</w:t>
      </w:r>
      <w:r>
        <w:rPr>
          <w:rFonts w:ascii="微软雅黑" w:hAnsi="微软雅黑" w:eastAsia="微软雅黑"/>
          <w:sz w:val="21"/>
        </w:rPr>
        <w:t>：正传第 1 章，从"寻仙道起始小桑村"开始，一路做到"狐狸洞大战狐媚娘""除妖孽再问李长生"。这一章有 20 多条，全是跑腿+打几只怪，经验足够你到 10 级。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刷怪</w:t>
      </w:r>
      <w:r>
        <w:rPr>
          <w:rFonts w:ascii="微软雅黑" w:hAnsi="微软雅黑" w:eastAsia="微软雅黑"/>
          <w:sz w:val="21"/>
        </w:rPr>
        <w:t>：小桑村周边（青林子、狐狸坡）。10 级推荐去</w:t>
      </w:r>
      <w:r>
        <w:rPr>
          <w:rFonts w:ascii="微软雅黑" w:hAnsi="微软雅黑" w:eastAsia="微软雅黑"/>
          <w:b/>
          <w:sz w:val="21"/>
        </w:rPr>
        <w:t>桃花林</w:t>
      </w:r>
      <w:r>
        <w:rPr>
          <w:rFonts w:ascii="微软雅黑" w:hAnsi="微软雅黑" w:eastAsia="微软雅黑"/>
          <w:sz w:val="21"/>
        </w:rPr>
        <w:t>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副本</w:t>
      </w:r>
      <w:r>
        <w:rPr>
          <w:rFonts w:ascii="微软雅黑" w:hAnsi="微软雅黑" w:eastAsia="微软雅黑"/>
          <w:sz w:val="21"/>
        </w:rPr>
        <w:t>：无（第一个副本宁海平妖要 12 级）。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装备</w:t>
      </w:r>
      <w:r>
        <w:rPr>
          <w:rFonts w:ascii="微软雅黑" w:hAnsi="微软雅黑" w:eastAsia="微软雅黑"/>
          <w:sz w:val="21"/>
        </w:rPr>
        <w:t>：任务给什么穿什么。10 级前不用考虑品质。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提醒</w:t>
      </w:r>
      <w:r>
        <w:rPr>
          <w:rFonts w:ascii="微软雅黑" w:hAnsi="微软雅黑" w:eastAsia="微软雅黑"/>
          <w:sz w:val="21"/>
        </w:rPr>
        <w:t>：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- 每升一级，商城会免费送东西，回城找</w:t>
      </w:r>
      <w:r>
        <w:rPr>
          <w:rFonts w:ascii="微软雅黑" w:hAnsi="微软雅黑" w:eastAsia="微软雅黑"/>
          <w:b/>
          <w:sz w:val="21"/>
        </w:rPr>
        <w:t>头顶"礼"字的 NPC</w:t>
      </w:r>
      <w:r>
        <w:rPr>
          <w:rFonts w:ascii="微软雅黑" w:hAnsi="微软雅黑" w:eastAsia="微软雅黑"/>
          <w:sz w:val="21"/>
        </w:rPr>
        <w:t xml:space="preserve"> 领（送药、送工具、送多倍经验）。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- </w:t>
      </w:r>
      <w:r>
        <w:rPr>
          <w:rFonts w:ascii="微软雅黑" w:hAnsi="微软雅黑" w:eastAsia="微软雅黑"/>
          <w:b/>
          <w:sz w:val="21"/>
        </w:rPr>
        <w:t>创建角色就自带本命法宝</w:t>
      </w:r>
      <w:r>
        <w:rPr>
          <w:rFonts w:ascii="微软雅黑" w:hAnsi="微软雅黑" w:eastAsia="微软雅黑"/>
          <w:sz w:val="21"/>
        </w:rPr>
        <w:t>（剑匣/石敢当/葫芦/铃铛/签筒/画卷/灵镜/幡旗/蒲扇/铜圈），5–9 级会换成第一代有名有姓的法宝（金刚是泰山石敢当、驭剑是承星剑匣、控火是藤葫芦……）。法宝是后面最重要的战力系统，别丢。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- 10 级会触发【宠物】任务链：张果老送你</w:t>
      </w:r>
      <w:r>
        <w:rPr>
          <w:rFonts w:ascii="微软雅黑" w:hAnsi="微软雅黑" w:eastAsia="微软雅黑"/>
          <w:b/>
          <w:sz w:val="21"/>
        </w:rPr>
        <w:t>小毛驴坐骑</w:t>
      </w:r>
      <w:r>
        <w:rPr>
          <w:rFonts w:ascii="微软雅黑" w:hAnsi="微软雅黑" w:eastAsia="微软雅黑"/>
          <w:sz w:val="21"/>
        </w:rPr>
        <w:t>，蓝采和教你</w:t>
      </w:r>
      <w:r>
        <w:rPr>
          <w:rFonts w:ascii="微软雅黑" w:hAnsi="微软雅黑" w:eastAsia="微软雅黑"/>
          <w:b/>
          <w:sz w:val="21"/>
        </w:rPr>
        <w:t>捉妖</w:t>
      </w:r>
      <w:r>
        <w:rPr>
          <w:rFonts w:ascii="微软雅黑" w:hAnsi="微软雅黑" w:eastAsia="微软雅黑"/>
          <w:sz w:val="21"/>
        </w:rPr>
        <w:t>并送你</w:t>
      </w:r>
      <w:r>
        <w:rPr>
          <w:rFonts w:ascii="微软雅黑" w:hAnsi="微软雅黑" w:eastAsia="微软雅黑"/>
          <w:b/>
          <w:sz w:val="21"/>
        </w:rPr>
        <w:t>照妖镜</w:t>
      </w:r>
      <w:r>
        <w:rPr>
          <w:rFonts w:ascii="微软雅黑" w:hAnsi="微软雅黑" w:eastAsia="微软雅黑"/>
          <w:sz w:val="21"/>
        </w:rPr>
        <w:t>。这是你第一只坐骑和抓宠工具。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3.2 【10–22 级】宁海县：开系统、进门派、攒第一套装备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主线</w:t>
      </w:r>
      <w:r>
        <w:rPr>
          <w:rFonts w:ascii="微软雅黑" w:hAnsi="微软雅黑" w:eastAsia="微软雅黑"/>
          <w:sz w:val="21"/>
        </w:rPr>
        <w:t>：正传第 2 章"初进城小试身手"→"助百姓祸起锦绣坊"→"青牛坡初战旋风妖"→"沙子洲激战刺头蟹"……一路到 22 级左右。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刷怪</w:t>
      </w:r>
      <w:r>
        <w:rPr>
          <w:rFonts w:ascii="微软雅黑" w:hAnsi="微软雅黑" w:eastAsia="微软雅黑"/>
          <w:sz w:val="21"/>
        </w:rPr>
        <w:t>：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- 10 级 桃花林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- 11–12 级 锦绣林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- 13–14 级 青濡口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- 15–16 级 沙子洲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- 17–18 级 混水洞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- 19–20 级 宁城山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- 21 级 青牛坡 / 22 级 黄石岗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副本</w:t>
      </w:r>
      <w:r>
        <w:rPr>
          <w:rFonts w:ascii="微软雅黑" w:hAnsi="微软雅黑" w:eastAsia="微软雅黑"/>
          <w:sz w:val="21"/>
        </w:rPr>
        <w:t>：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- 12–16 级 </w:t>
      </w:r>
      <w:r>
        <w:rPr>
          <w:rFonts w:ascii="微软雅黑" w:hAnsi="微软雅黑" w:eastAsia="微软雅黑"/>
          <w:b/>
          <w:sz w:val="21"/>
        </w:rPr>
        <w:t>宁海平妖</w:t>
      </w:r>
      <w:r>
        <w:rPr>
          <w:rFonts w:ascii="微软雅黑" w:hAnsi="微软雅黑" w:eastAsia="微软雅黑"/>
          <w:sz w:val="21"/>
        </w:rPr>
        <w:t>（青濡口小渔村进，掉 7148/7151/7154/7157 一类首饰）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- 18–25 级 </w:t>
      </w:r>
      <w:r>
        <w:rPr>
          <w:rFonts w:ascii="微软雅黑" w:hAnsi="微软雅黑" w:eastAsia="微软雅黑"/>
          <w:b/>
          <w:sz w:val="21"/>
        </w:rPr>
        <w:t>黄风洞</w:t>
      </w:r>
      <w:r>
        <w:rPr>
          <w:rFonts w:ascii="微软雅黑" w:hAnsi="微软雅黑" w:eastAsia="微软雅黑"/>
          <w:sz w:val="21"/>
        </w:rPr>
        <w:t>（黄四爷老家，掉首饰）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这个阶段一定要做的三件事</w:t>
      </w:r>
      <w:r>
        <w:rPr>
          <w:rFonts w:ascii="微软雅黑" w:hAnsi="微软雅黑" w:eastAsia="微软雅黑"/>
          <w:sz w:val="21"/>
        </w:rPr>
        <w:t>：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1. </w:t>
      </w:r>
      <w:r>
        <w:rPr>
          <w:rFonts w:ascii="微软雅黑" w:hAnsi="微软雅黑" w:eastAsia="微软雅黑"/>
          <w:b/>
          <w:sz w:val="21"/>
        </w:rPr>
        <w:t>10 级后加门派</w:t>
      </w:r>
      <w:r>
        <w:rPr>
          <w:rFonts w:ascii="微软雅黑" w:hAnsi="微软雅黑" w:eastAsia="微软雅黑"/>
          <w:sz w:val="21"/>
        </w:rPr>
        <w:t>。宁海、石塘、京城的"门派接引人"（户部主簿旁边）可以直接传送门派。门派里有铁匠、仓库、科技，能省大量跑路时间。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2. </w:t>
      </w:r>
      <w:r>
        <w:rPr>
          <w:rFonts w:ascii="微软雅黑" w:hAnsi="微软雅黑" w:eastAsia="微软雅黑"/>
          <w:b/>
          <w:sz w:val="21"/>
        </w:rPr>
        <w:t>接"拾荒"</w:t>
      </w:r>
      <w:r>
        <w:rPr>
          <w:rFonts w:ascii="微软雅黑" w:hAnsi="微软雅黑" w:eastAsia="微软雅黑"/>
          <w:sz w:val="21"/>
        </w:rPr>
        <w:t>。地图上打怪会掉"拾荒物品"，交给各地的</w:t>
      </w:r>
      <w:r>
        <w:rPr>
          <w:rFonts w:ascii="微软雅黑" w:hAnsi="微软雅黑" w:eastAsia="微软雅黑"/>
          <w:b/>
          <w:sz w:val="21"/>
        </w:rPr>
        <w:t>百货商人/客栈帮工</w:t>
      </w:r>
      <w:r>
        <w:rPr>
          <w:rFonts w:ascii="微软雅黑" w:hAnsi="微软雅黑" w:eastAsia="微软雅黑"/>
          <w:sz w:val="21"/>
        </w:rPr>
        <w:t>换经验。10–22 级这段，"宁海县拾荒"是除了主线之外最稳的经验来源。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3. </w:t>
      </w:r>
      <w:r>
        <w:rPr>
          <w:rFonts w:ascii="微软雅黑" w:hAnsi="微软雅黑" w:eastAsia="微软雅黑"/>
          <w:b/>
          <w:sz w:val="21"/>
        </w:rPr>
        <w:t>拜师</w:t>
      </w:r>
      <w:r>
        <w:rPr>
          <w:rFonts w:ascii="微软雅黑" w:hAnsi="微软雅黑" w:eastAsia="微软雅黑"/>
          <w:sz w:val="21"/>
        </w:rPr>
        <w:t>（59 级以下都能拜）。师徒组队下副本有额外经验，师傅还能给你解答问题。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装备目标</w:t>
      </w:r>
      <w:r>
        <w:rPr>
          <w:rFonts w:ascii="微软雅黑" w:hAnsi="微软雅黑" w:eastAsia="微软雅黑"/>
          <w:sz w:val="21"/>
        </w:rPr>
        <w:t xml:space="preserve">：15 级换一套 </w:t>
      </w:r>
      <w:r>
        <w:rPr>
          <w:rFonts w:ascii="微软雅黑" w:hAnsi="微软雅黑" w:eastAsia="微软雅黑"/>
          <w:b/>
          <w:sz w:val="21"/>
        </w:rPr>
        <w:t>[15] 经久装备 + 首饰</w:t>
      </w:r>
      <w:r>
        <w:rPr>
          <w:rFonts w:ascii="微软雅黑" w:hAnsi="微软雅黑" w:eastAsia="微软雅黑"/>
          <w:sz w:val="21"/>
        </w:rPr>
        <w:t xml:space="preserve">（衣服/腰带/裤子/靴子/项链/饰品），20 级换 </w:t>
      </w:r>
      <w:r>
        <w:rPr>
          <w:rFonts w:ascii="微软雅黑" w:hAnsi="微软雅黑" w:eastAsia="微软雅黑"/>
          <w:b/>
          <w:sz w:val="21"/>
        </w:rPr>
        <w:t>[20] 经久武器</w:t>
      </w:r>
      <w:r>
        <w:rPr>
          <w:rFonts w:ascii="微软雅黑" w:hAnsi="微软雅黑" w:eastAsia="微软雅黑"/>
          <w:sz w:val="21"/>
        </w:rPr>
        <w:t>。都是任务/商店能搞到的，不用花钱砸。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提醒</w:t>
      </w:r>
      <w:r>
        <w:rPr>
          <w:rFonts w:ascii="微软雅黑" w:hAnsi="微软雅黑" w:eastAsia="微软雅黑"/>
          <w:sz w:val="21"/>
        </w:rPr>
        <w:t>：20 级开始有"天劫路"任务线（宁阳观元真子），它会一路带你到 40 级的风云劫，建议顺手做。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3.3 【23–42 级】石塘县：跑环 + 副本 + 第一套套装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主线</w:t>
      </w:r>
      <w:r>
        <w:rPr>
          <w:rFonts w:ascii="微软雅黑" w:hAnsi="微软雅黑" w:eastAsia="微软雅黑"/>
          <w:sz w:val="21"/>
        </w:rPr>
        <w:t>：正传第 3 章，从"喇叭口妖孽横生"一路到"虫害终除荣归石塘""战河妖水中除害"，差不多到 42 级。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刷怪</w:t>
      </w:r>
      <w:r>
        <w:rPr>
          <w:rFonts w:ascii="微软雅黑" w:hAnsi="微软雅黑" w:eastAsia="微软雅黑"/>
          <w:sz w:val="21"/>
        </w:rPr>
        <w:t>：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- 23 级 喇叭口 / 24 级 喇叭口+喇叭沟村 / 25 级 喇叭沟村+九曲湾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- 26 级 九曲湾+石沟洞 / 27 级 石沟洞+石塘县 / 28 级 石塘县+大粮仓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- 29–31 级 大粮仓+黎阳道 / 32 级 黎阳道+盘陀岭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- 33 级 盘陀岭+金翅洞 / 34 级 盘陀岭+金翅洞+十里堤林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- 35 级 金翅洞+十里堤林+钱宁大坝 / 36 级 钱宁大坝+青石滩+壶口泊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- 37 级 河心洲+石门口 / 38 级 石门口+落雁坡 / 39 级 石门口+落雁坡+石岭道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- 40–41 级 石岭道+东坡林（+小君观） / 42 级 东坡林+小君观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副本</w:t>
      </w:r>
      <w:r>
        <w:rPr>
          <w:rFonts w:ascii="微软雅黑" w:hAnsi="微软雅黑" w:eastAsia="微软雅黑"/>
          <w:sz w:val="21"/>
        </w:rPr>
        <w:t>：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- 25–30 级 </w:t>
      </w:r>
      <w:r>
        <w:rPr>
          <w:rFonts w:ascii="微软雅黑" w:hAnsi="微软雅黑" w:eastAsia="微软雅黑"/>
          <w:b/>
          <w:sz w:val="21"/>
        </w:rPr>
        <w:t>虫谷历险</w:t>
      </w:r>
      <w:r>
        <w:rPr>
          <w:rFonts w:ascii="微软雅黑" w:hAnsi="微软雅黑" w:eastAsia="微软雅黑"/>
          <w:sz w:val="21"/>
        </w:rPr>
        <w:t>（石塘县喇叭沟村进）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- 30–35 级 </w:t>
      </w:r>
      <w:r>
        <w:rPr>
          <w:rFonts w:ascii="微软雅黑" w:hAnsi="微软雅黑" w:eastAsia="微软雅黑"/>
          <w:b/>
          <w:sz w:val="21"/>
        </w:rPr>
        <w:t>葫芦山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- 35–40 级 </w:t>
      </w:r>
      <w:r>
        <w:rPr>
          <w:rFonts w:ascii="微软雅黑" w:hAnsi="微软雅黑" w:eastAsia="微软雅黑"/>
          <w:b/>
          <w:sz w:val="21"/>
        </w:rPr>
        <w:t>龙门水府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- 40–45 级 </w:t>
      </w:r>
      <w:r>
        <w:rPr>
          <w:rFonts w:ascii="微软雅黑" w:hAnsi="微软雅黑" w:eastAsia="微软雅黑"/>
          <w:b/>
          <w:sz w:val="21"/>
        </w:rPr>
        <w:t>通天阴谋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- 40–50 级 </w:t>
      </w:r>
      <w:r>
        <w:rPr>
          <w:rFonts w:ascii="微软雅黑" w:hAnsi="微软雅黑" w:eastAsia="微软雅黑"/>
          <w:b/>
          <w:sz w:val="21"/>
        </w:rPr>
        <w:t>风云劫</w:t>
      </w:r>
      <w:r>
        <w:rPr>
          <w:rFonts w:ascii="微软雅黑" w:hAnsi="微软雅黑" w:eastAsia="微软雅黑"/>
          <w:sz w:val="21"/>
        </w:rPr>
        <w:t>（第一道天劫，掉 40 级仙剑碎片，能一路升级成更高级碎片）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- 40–50 级 </w:t>
      </w:r>
      <w:r>
        <w:rPr>
          <w:rFonts w:ascii="微软雅黑" w:hAnsi="微软雅黑" w:eastAsia="微软雅黑"/>
          <w:b/>
          <w:sz w:val="21"/>
        </w:rPr>
        <w:t>黄金海岸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跑环</w:t>
      </w:r>
      <w:r>
        <w:rPr>
          <w:rFonts w:ascii="微软雅黑" w:hAnsi="微软雅黑" w:eastAsia="微软雅黑"/>
          <w:sz w:val="21"/>
        </w:rPr>
        <w:t>：23 级开始可以做</w:t>
      </w:r>
      <w:r>
        <w:rPr>
          <w:rFonts w:ascii="微软雅黑" w:hAnsi="微软雅黑" w:eastAsia="微软雅黑"/>
          <w:b/>
          <w:sz w:val="21"/>
        </w:rPr>
        <w:t>石塘县跑环</w:t>
      </w:r>
      <w:r>
        <w:rPr>
          <w:rFonts w:ascii="微软雅黑" w:hAnsi="微软雅黑" w:eastAsia="微软雅黑"/>
          <w:sz w:val="21"/>
        </w:rPr>
        <w:t>（10 环）。注意：跑环给的钱、材料、声望多，</w:t>
      </w:r>
      <w:r>
        <w:rPr>
          <w:rFonts w:ascii="微软雅黑" w:hAnsi="微软雅黑" w:eastAsia="微软雅黑"/>
          <w:b/>
          <w:sz w:val="21"/>
        </w:rPr>
        <w:t>经验并不多</w:t>
      </w:r>
      <w:r>
        <w:rPr>
          <w:rFonts w:ascii="微软雅黑" w:hAnsi="微软雅黑" w:eastAsia="微软雅黑"/>
          <w:sz w:val="21"/>
        </w:rPr>
        <w:t>，别指望靠它升级；它是"赚钱+攒材料"的。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装备目标</w:t>
      </w:r>
      <w:r>
        <w:rPr>
          <w:rFonts w:ascii="微软雅黑" w:hAnsi="微软雅黑" w:eastAsia="微软雅黑"/>
          <w:sz w:val="21"/>
        </w:rPr>
        <w:t>：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- 30 级做 </w:t>
      </w:r>
      <w:r>
        <w:rPr>
          <w:rFonts w:ascii="微软雅黑" w:hAnsi="微软雅黑" w:eastAsia="微软雅黑"/>
          <w:b/>
          <w:sz w:val="21"/>
        </w:rPr>
        <w:t>[30] 职业套装</w:t>
      </w:r>
      <w:r>
        <w:rPr>
          <w:rFonts w:ascii="微软雅黑" w:hAnsi="微软雅黑" w:eastAsia="微软雅黑"/>
          <w:sz w:val="21"/>
        </w:rPr>
        <w:t>：游侠系"锐金"、力士系"玄水"、符咒系"青木"、法师系"朱焰"。3 件套就有属性（比如锐金 3 件加攻击 13 点）。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- 35 级换 </w:t>
      </w:r>
      <w:r>
        <w:rPr>
          <w:rFonts w:ascii="微软雅黑" w:hAnsi="微软雅黑" w:eastAsia="微软雅黑"/>
          <w:b/>
          <w:sz w:val="21"/>
        </w:rPr>
        <w:t>[35] 经久</w:t>
      </w:r>
      <w:r>
        <w:rPr>
          <w:rFonts w:ascii="微软雅黑" w:hAnsi="微软雅黑" w:eastAsia="微软雅黑"/>
          <w:sz w:val="21"/>
        </w:rPr>
        <w:t xml:space="preserve">，40 级开始攒 </w:t>
      </w:r>
      <w:r>
        <w:rPr>
          <w:rFonts w:ascii="微软雅黑" w:hAnsi="微软雅黑" w:eastAsia="微软雅黑"/>
          <w:b/>
          <w:sz w:val="21"/>
        </w:rPr>
        <w:t>[40] 仙剑碎片</w:t>
      </w:r>
      <w:r>
        <w:rPr>
          <w:rFonts w:ascii="微软雅黑" w:hAnsi="微软雅黑" w:eastAsia="微软雅黑"/>
          <w:sz w:val="21"/>
        </w:rPr>
        <w:t>（风云劫出，掉到什么品质用什么，别挑）。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提醒</w:t>
      </w:r>
      <w:r>
        <w:rPr>
          <w:rFonts w:ascii="微软雅黑" w:hAnsi="微软雅黑" w:eastAsia="微软雅黑"/>
          <w:sz w:val="21"/>
        </w:rPr>
        <w:t>：30 级开</w:t>
      </w:r>
      <w:r>
        <w:rPr>
          <w:rFonts w:ascii="微软雅黑" w:hAnsi="微软雅黑" w:eastAsia="微软雅黑"/>
          <w:b/>
          <w:sz w:val="21"/>
        </w:rPr>
        <w:t>心法系统</w:t>
      </w:r>
      <w:r>
        <w:rPr>
          <w:rFonts w:ascii="微软雅黑" w:hAnsi="微软雅黑" w:eastAsia="微软雅黑"/>
          <w:sz w:val="21"/>
        </w:rPr>
        <w:t>。心法是永久被动，学习要花经验和钱，但</w:t>
      </w:r>
      <w:r>
        <w:rPr>
          <w:rFonts w:ascii="微软雅黑" w:hAnsi="微软雅黑" w:eastAsia="微软雅黑"/>
          <w:b/>
          <w:sz w:val="21"/>
        </w:rPr>
        <w:t>不占装备栏也永久生效</w:t>
      </w:r>
      <w:r>
        <w:rPr>
          <w:rFonts w:ascii="微软雅黑" w:hAnsi="微软雅黑" w:eastAsia="微软雅黑"/>
          <w:sz w:val="21"/>
        </w:rPr>
        <w:t>，属于"早学早享受"。优先学加生命、加防御、加攻击的三本。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3.4 【43–59 级】京城：装备换代最快的一段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主线</w:t>
      </w:r>
      <w:r>
        <w:rPr>
          <w:rFonts w:ascii="微软雅黑" w:hAnsi="微软雅黑" w:eastAsia="微软雅黑"/>
          <w:sz w:val="21"/>
        </w:rPr>
        <w:t>：正传第 4 章，从"京石驿道"一路到"皇陵""渔盆""黑松观"，到 59 级左右。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刷怪</w:t>
      </w:r>
      <w:r>
        <w:rPr>
          <w:rFonts w:ascii="微软雅黑" w:hAnsi="微软雅黑" w:eastAsia="微软雅黑"/>
          <w:sz w:val="21"/>
        </w:rPr>
        <w:t>：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- 43 级 京石驿道 / 44 级 京石驿道+京城东郊+紫岚山 / 45 级 京城东郊+紫岚山+紫岚仙府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- 46 级 紫岚仙府+京城南郊 / 47 级 京城南郊+小丘山 / 48 级 小丘山+肮牙洞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- 49 级 肮牙洞+京城西郊 / 50 级 京城西郊+皇陵道+皇陵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- 51 级 皇陵+清丘原 / 52 级 清丘原+小山庙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- 53–54 级 玉华山+仙君阁 / 55 级 仙君阁+南天台+天马川 / 56 级 南天台+天马川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- 57 级 西天台+小云海 / 58 级 西天台+小云海+云隐观 / 59 级 云隐观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副本</w:t>
      </w:r>
      <w:r>
        <w:rPr>
          <w:rFonts w:ascii="微软雅黑" w:hAnsi="微软雅黑" w:eastAsia="微软雅黑"/>
          <w:sz w:val="21"/>
        </w:rPr>
        <w:t>：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- 48–58 级 </w:t>
      </w:r>
      <w:r>
        <w:rPr>
          <w:rFonts w:ascii="微软雅黑" w:hAnsi="微软雅黑" w:eastAsia="微软雅黑"/>
          <w:b/>
          <w:sz w:val="21"/>
        </w:rPr>
        <w:t>皇陵穹顶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- 50–60 级 </w:t>
      </w:r>
      <w:r>
        <w:rPr>
          <w:rFonts w:ascii="微软雅黑" w:hAnsi="微软雅黑" w:eastAsia="微软雅黑"/>
          <w:b/>
          <w:sz w:val="21"/>
        </w:rPr>
        <w:t>飞越宁海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- 55–65 级 </w:t>
      </w:r>
      <w:r>
        <w:rPr>
          <w:rFonts w:ascii="微软雅黑" w:hAnsi="微软雅黑" w:eastAsia="微软雅黑"/>
          <w:b/>
          <w:sz w:val="21"/>
        </w:rPr>
        <w:t>百鬼夜行阵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装备目标（重点）</w:t>
      </w:r>
      <w:r>
        <w:rPr>
          <w:rFonts w:ascii="微软雅黑" w:hAnsi="微软雅黑" w:eastAsia="微软雅黑"/>
          <w:sz w:val="21"/>
        </w:rPr>
        <w:t>：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- 50 级换 </w:t>
      </w:r>
      <w:r>
        <w:rPr>
          <w:rFonts w:ascii="微软雅黑" w:hAnsi="微软雅黑" w:eastAsia="微软雅黑"/>
          <w:b/>
          <w:sz w:val="21"/>
        </w:rPr>
        <w:t>[50] 百鬼/飞跃宁海套装</w:t>
      </w:r>
      <w:r>
        <w:rPr>
          <w:rFonts w:ascii="微软雅黑" w:hAnsi="微软雅黑" w:eastAsia="微软雅黑"/>
          <w:sz w:val="21"/>
        </w:rPr>
        <w:t>（5 件，游侠/力士/符咒/法师各一套）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- 55 级换 </w:t>
      </w:r>
      <w:r>
        <w:rPr>
          <w:rFonts w:ascii="微软雅黑" w:hAnsi="微软雅黑" w:eastAsia="微软雅黑"/>
          <w:b/>
          <w:sz w:val="21"/>
        </w:rPr>
        <w:t>[55] 百鬼/飞跃宁海【稀有】套装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- 这两套是你 60 级前的主力，副本掉什么穿什么，不用刻意追求满品质。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提醒</w:t>
      </w:r>
      <w:r>
        <w:rPr>
          <w:rFonts w:ascii="微软雅黑" w:hAnsi="微软雅黑" w:eastAsia="微软雅黑"/>
          <w:sz w:val="21"/>
        </w:rPr>
        <w:t>：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- 40 级开</w:t>
      </w:r>
      <w:r>
        <w:rPr>
          <w:rFonts w:ascii="微软雅黑" w:hAnsi="微软雅黑" w:eastAsia="微软雅黑"/>
          <w:b/>
          <w:sz w:val="21"/>
        </w:rPr>
        <w:t>姻缘系统</w:t>
      </w:r>
      <w:r>
        <w:rPr>
          <w:rFonts w:ascii="微软雅黑" w:hAnsi="微软雅黑" w:eastAsia="微软雅黑"/>
          <w:sz w:val="21"/>
        </w:rPr>
        <w:t>（情侣/结婚），有情缘的可以一起做"紫林苑/心缘岛"副本和种树，给经验。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- 40 级开</w:t>
      </w:r>
      <w:r>
        <w:rPr>
          <w:rFonts w:ascii="微软雅黑" w:hAnsi="微软雅黑" w:eastAsia="微软雅黑"/>
          <w:b/>
          <w:sz w:val="21"/>
        </w:rPr>
        <w:t>京城镇妖塔</w:t>
      </w:r>
      <w:r>
        <w:rPr>
          <w:rFonts w:ascii="微软雅黑" w:hAnsi="微软雅黑" w:eastAsia="微软雅黑"/>
          <w:sz w:val="21"/>
        </w:rPr>
        <w:t>（40+，每日 1 次，2 人）。这是每天必打的，掉 60 级镇妖塔套装的部件。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- 50 级以后升级速度会明显变慢（50→60 要 3500 万经验），这时候"日常+副本"的比重开始超过主线。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3.5 【60–69 级】茅山/地府：镇妖塔套装 + 天雷劫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主线</w:t>
      </w:r>
      <w:r>
        <w:rPr>
          <w:rFonts w:ascii="微软雅黑" w:hAnsi="微软雅黑" w:eastAsia="微软雅黑"/>
          <w:sz w:val="21"/>
        </w:rPr>
        <w:t>：正传第 5 章（60–69 级段），茅山、地府、乱坟岗、石门西郊一带。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刷怪</w:t>
      </w:r>
      <w:r>
        <w:rPr>
          <w:rFonts w:ascii="微软雅黑" w:hAnsi="微软雅黑" w:eastAsia="微软雅黑"/>
          <w:sz w:val="21"/>
        </w:rPr>
        <w:t>：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- 59–60 级 云隐观 / 61–62 级 乱坟岗 / 63–64 级 石门西郊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- 65 级 小黑松林+大荒原 / 66 级 如意法台+无根地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- 67 级 黑云谷+断魂谷 / 68 级 黑云谷+心死林 / 69 级 石门北郊+大裂口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副本</w:t>
      </w:r>
      <w:r>
        <w:rPr>
          <w:rFonts w:ascii="微软雅黑" w:hAnsi="微软雅黑" w:eastAsia="微软雅黑"/>
          <w:sz w:val="21"/>
        </w:rPr>
        <w:t>：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- 60–70 级 </w:t>
      </w:r>
      <w:r>
        <w:rPr>
          <w:rFonts w:ascii="微软雅黑" w:hAnsi="微软雅黑" w:eastAsia="微软雅黑"/>
          <w:b/>
          <w:sz w:val="21"/>
        </w:rPr>
        <w:t>天雷劫境</w:t>
      </w:r>
      <w:r>
        <w:rPr>
          <w:rFonts w:ascii="微软雅黑" w:hAnsi="微软雅黑" w:eastAsia="微软雅黑"/>
          <w:sz w:val="21"/>
        </w:rPr>
        <w:t>（第二道天劫，掉 61/62 级稀有经久装备配方和材料）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- 60–70 级 </w:t>
      </w:r>
      <w:r>
        <w:rPr>
          <w:rFonts w:ascii="微软雅黑" w:hAnsi="微软雅黑" w:eastAsia="微软雅黑"/>
          <w:b/>
          <w:sz w:val="21"/>
        </w:rPr>
        <w:t>倩女幽魂</w:t>
      </w:r>
      <w:r>
        <w:rPr>
          <w:rFonts w:ascii="微软雅黑" w:hAnsi="微软雅黑" w:eastAsia="微软雅黑"/>
          <w:sz w:val="21"/>
        </w:rPr>
        <w:t>、</w:t>
      </w:r>
      <w:r>
        <w:rPr>
          <w:rFonts w:ascii="微软雅黑" w:hAnsi="微软雅黑" w:eastAsia="微软雅黑"/>
          <w:b/>
          <w:sz w:val="21"/>
        </w:rPr>
        <w:t>虫谷历险【挑战】</w:t>
      </w:r>
      <w:r>
        <w:rPr>
          <w:rFonts w:ascii="微软雅黑" w:hAnsi="微软雅黑" w:eastAsia="微软雅黑"/>
          <w:sz w:val="21"/>
        </w:rPr>
        <w:t>、</w:t>
      </w:r>
      <w:r>
        <w:rPr>
          <w:rFonts w:ascii="微软雅黑" w:hAnsi="微软雅黑" w:eastAsia="微软雅黑"/>
          <w:b/>
          <w:sz w:val="21"/>
        </w:rPr>
        <w:t>普通封魔台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- 65–75 级 </w:t>
      </w:r>
      <w:r>
        <w:rPr>
          <w:rFonts w:ascii="微软雅黑" w:hAnsi="微软雅黑" w:eastAsia="微软雅黑"/>
          <w:b/>
          <w:sz w:val="21"/>
        </w:rPr>
        <w:t>黑松观</w:t>
      </w:r>
      <w:r>
        <w:rPr>
          <w:rFonts w:ascii="微软雅黑" w:hAnsi="微软雅黑" w:eastAsia="微软雅黑"/>
          <w:sz w:val="21"/>
        </w:rPr>
        <w:t>、</w:t>
      </w:r>
      <w:r>
        <w:rPr>
          <w:rFonts w:ascii="微软雅黑" w:hAnsi="微软雅黑" w:eastAsia="微软雅黑"/>
          <w:b/>
          <w:sz w:val="21"/>
        </w:rPr>
        <w:t>渔盆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- 68–80 级 </w:t>
      </w:r>
      <w:r>
        <w:rPr>
          <w:rFonts w:ascii="微软雅黑" w:hAnsi="微软雅黑" w:eastAsia="微软雅黑"/>
          <w:b/>
          <w:sz w:val="21"/>
        </w:rPr>
        <w:t>皇陵地宫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- </w:t>
      </w:r>
      <w:r>
        <w:rPr>
          <w:rFonts w:ascii="微软雅黑" w:hAnsi="微软雅黑" w:eastAsia="微软雅黑"/>
          <w:b/>
          <w:sz w:val="21"/>
        </w:rPr>
        <w:t>茅山镇妖塔</w:t>
      </w:r>
      <w:r>
        <w:rPr>
          <w:rFonts w:ascii="微软雅黑" w:hAnsi="微软雅黑" w:eastAsia="微软雅黑"/>
          <w:sz w:val="21"/>
        </w:rPr>
        <w:t>（60+，每日 1 次）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装备目标（关键转折）</w:t>
      </w:r>
      <w:r>
        <w:rPr>
          <w:rFonts w:ascii="微软雅黑" w:hAnsi="微软雅黑" w:eastAsia="微软雅黑"/>
          <w:sz w:val="21"/>
        </w:rPr>
        <w:t>：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- 60 级换 </w:t>
      </w:r>
      <w:r>
        <w:rPr>
          <w:rFonts w:ascii="微软雅黑" w:hAnsi="微软雅黑" w:eastAsia="微软雅黑"/>
          <w:b/>
          <w:sz w:val="21"/>
        </w:rPr>
        <w:t>镇妖塔套装</w:t>
      </w:r>
      <w:r>
        <w:rPr>
          <w:rFonts w:ascii="微软雅黑" w:hAnsi="微软雅黑" w:eastAsia="微软雅黑"/>
          <w:sz w:val="21"/>
        </w:rPr>
        <w:t>：游侠"斩鬼赤链"、力士"除魔炎麟"、符咒"镇魂坠星"、法师"降妖纯阳"，5 件套。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- 之后按副本进度换：63–64 级</w:t>
      </w:r>
      <w:r>
        <w:rPr>
          <w:rFonts w:ascii="微软雅黑" w:hAnsi="微软雅黑" w:eastAsia="微软雅黑"/>
          <w:b/>
          <w:sz w:val="21"/>
        </w:rPr>
        <w:t>倩女幽魂套</w:t>
      </w:r>
      <w:r>
        <w:rPr>
          <w:rFonts w:ascii="微软雅黑" w:hAnsi="微软雅黑" w:eastAsia="微软雅黑"/>
          <w:sz w:val="21"/>
        </w:rPr>
        <w:t>（登明/河魁/津梁/天都）→ 65 级</w:t>
      </w:r>
      <w:r>
        <w:rPr>
          <w:rFonts w:ascii="微软雅黑" w:hAnsi="微软雅黑" w:eastAsia="微软雅黑"/>
          <w:b/>
          <w:sz w:val="21"/>
        </w:rPr>
        <w:t>黑松观套</w:t>
      </w:r>
      <w:r>
        <w:rPr>
          <w:rFonts w:ascii="微软雅黑" w:hAnsi="微软雅黑" w:eastAsia="微软雅黑"/>
          <w:sz w:val="21"/>
        </w:rPr>
        <w:t>（九壬/金帝/真机/雍和）→ 67–68 级</w:t>
      </w:r>
      <w:r>
        <w:rPr>
          <w:rFonts w:ascii="微软雅黑" w:hAnsi="微软雅黑" w:eastAsia="微软雅黑"/>
          <w:b/>
          <w:sz w:val="21"/>
        </w:rPr>
        <w:t>渔盆套</w:t>
      </w:r>
      <w:r>
        <w:rPr>
          <w:rFonts w:ascii="微软雅黑" w:hAnsi="微软雅黑" w:eastAsia="微软雅黑"/>
          <w:sz w:val="21"/>
        </w:rPr>
        <w:t>（天奉/龙吟/紫霄/玉枢）。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- 每套都有"普通"和"稀有"两档，稀有属性更高，别把普通套当宝。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提醒</w:t>
      </w:r>
      <w:r>
        <w:rPr>
          <w:rFonts w:ascii="微软雅黑" w:hAnsi="微软雅黑" w:eastAsia="微软雅黑"/>
          <w:sz w:val="21"/>
        </w:rPr>
        <w:t>：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- 60 级开</w:t>
      </w:r>
      <w:r>
        <w:rPr>
          <w:rFonts w:ascii="微软雅黑" w:hAnsi="微软雅黑" w:eastAsia="微软雅黑"/>
          <w:b/>
          <w:sz w:val="21"/>
        </w:rPr>
        <w:t>形神竞技</w:t>
      </w:r>
      <w:r>
        <w:rPr>
          <w:rFonts w:ascii="微软雅黑" w:hAnsi="微软雅黑" w:eastAsia="微软雅黑"/>
          <w:sz w:val="21"/>
        </w:rPr>
        <w:t>（60+，每天 5 次，单人）。打排名给绑定币、形神印和经验，还能换东西。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- 60 级开</w:t>
      </w:r>
      <w:r>
        <w:rPr>
          <w:rFonts w:ascii="微软雅黑" w:hAnsi="微软雅黑" w:eastAsia="微软雅黑"/>
          <w:b/>
          <w:sz w:val="21"/>
        </w:rPr>
        <w:t>宠物炼化/进化</w:t>
      </w:r>
      <w:r>
        <w:rPr>
          <w:rFonts w:ascii="微软雅黑" w:hAnsi="微软雅黑" w:eastAsia="微软雅黑"/>
          <w:sz w:val="21"/>
        </w:rPr>
        <w:t>：60 级以上的神兽侍宠或骑宠可以炼化成"气之晶/精之晶"，用来换宠物进化道具（扩被动技能栏、提升骑宠属性、加潜能上限）。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- 60 级以后</w:t>
      </w:r>
      <w:r>
        <w:rPr>
          <w:rFonts w:ascii="微软雅黑" w:hAnsi="微软雅黑" w:eastAsia="微软雅黑"/>
          <w:b/>
          <w:sz w:val="21"/>
        </w:rPr>
        <w:t>心法</w:t>
      </w:r>
      <w:r>
        <w:rPr>
          <w:rFonts w:ascii="微软雅黑" w:hAnsi="微软雅黑" w:eastAsia="微软雅黑"/>
          <w:sz w:val="21"/>
        </w:rPr>
        <w:t>要跟上，第三层心法开始给"新技能"，不是纯属性了。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3.6 【70–79 级】东山岛：镇妖塔第二套 + 亮金装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主线</w:t>
      </w:r>
      <w:r>
        <w:rPr>
          <w:rFonts w:ascii="微软雅黑" w:hAnsi="微软雅黑" w:eastAsia="微软雅黑"/>
          <w:sz w:val="21"/>
        </w:rPr>
        <w:t>：正传第 6 章（70–79 级段），东山岛、沙溪湾、三家村、子规林、虎踞荒漠、柏风林。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刷怪</w:t>
      </w:r>
      <w:r>
        <w:rPr>
          <w:rFonts w:ascii="微软雅黑" w:hAnsi="微软雅黑" w:eastAsia="微软雅黑"/>
          <w:sz w:val="21"/>
        </w:rPr>
        <w:t>：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- 69–70 级 石门北郊+大裂口/离恨山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- 71 级 沙溪湾+石木坡 / 72 级 三家村+子规林 / 73 级 虎踞荒漠+子规林 / 74 级 柏风林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- 75 级 云梦谷+清溪谷 / 76 级 天书崖 / 77 级 神木林+益元堂+天工谷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- 78 级 隐蝶居+洗剑池 / 79 级 清溪谷+鬼谷洞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副本</w:t>
      </w:r>
      <w:r>
        <w:rPr>
          <w:rFonts w:ascii="微软雅黑" w:hAnsi="微软雅黑" w:eastAsia="微软雅黑"/>
          <w:sz w:val="21"/>
        </w:rPr>
        <w:t>：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- 70–80 级 </w:t>
      </w:r>
      <w:r>
        <w:rPr>
          <w:rFonts w:ascii="微软雅黑" w:hAnsi="微软雅黑" w:eastAsia="微软雅黑"/>
          <w:b/>
          <w:sz w:val="21"/>
        </w:rPr>
        <w:t>葫芦山【挑战】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- 75–85 级 </w:t>
      </w:r>
      <w:r>
        <w:rPr>
          <w:rFonts w:ascii="微软雅黑" w:hAnsi="微软雅黑" w:eastAsia="微软雅黑"/>
          <w:b/>
          <w:sz w:val="21"/>
        </w:rPr>
        <w:t>三头火鸟副本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- </w:t>
      </w:r>
      <w:r>
        <w:rPr>
          <w:rFonts w:ascii="微软雅黑" w:hAnsi="微软雅黑" w:eastAsia="微软雅黑"/>
          <w:b/>
          <w:sz w:val="21"/>
        </w:rPr>
        <w:t>京城镇妖塔</w:t>
      </w:r>
      <w:r>
        <w:rPr>
          <w:rFonts w:ascii="微软雅黑" w:hAnsi="微软雅黑" w:eastAsia="微软雅黑"/>
          <w:sz w:val="21"/>
        </w:rPr>
        <w:t>继续打（70–79 档）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装备目标</w:t>
      </w:r>
      <w:r>
        <w:rPr>
          <w:rFonts w:ascii="微软雅黑" w:hAnsi="微软雅黑" w:eastAsia="微软雅黑"/>
          <w:sz w:val="21"/>
        </w:rPr>
        <w:t>：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- 70 级换 </w:t>
      </w:r>
      <w:r>
        <w:rPr>
          <w:rFonts w:ascii="微软雅黑" w:hAnsi="微软雅黑" w:eastAsia="微软雅黑"/>
          <w:b/>
          <w:sz w:val="21"/>
        </w:rPr>
        <w:t>70 级镇妖塔套装</w:t>
      </w:r>
      <w:r>
        <w:rPr>
          <w:rFonts w:ascii="微软雅黑" w:hAnsi="微软雅黑" w:eastAsia="微软雅黑"/>
          <w:sz w:val="21"/>
        </w:rPr>
        <w:t>（斩鬼/除魔/镇魂/降妖，5 件）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- 73–74 级换 </w:t>
      </w:r>
      <w:r>
        <w:rPr>
          <w:rFonts w:ascii="微软雅黑" w:hAnsi="微软雅黑" w:eastAsia="微软雅黑"/>
          <w:b/>
          <w:sz w:val="21"/>
        </w:rPr>
        <w:t>黄陵地宫套</w:t>
      </w:r>
      <w:r>
        <w:rPr>
          <w:rFonts w:ascii="微软雅黑" w:hAnsi="微软雅黑" w:eastAsia="微软雅黑"/>
          <w:sz w:val="21"/>
        </w:rPr>
        <w:t>（鲲鹏/黑虎/悲悯/法相）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- 75 级换 </w:t>
      </w:r>
      <w:r>
        <w:rPr>
          <w:rFonts w:ascii="微软雅黑" w:hAnsi="微软雅黑" w:eastAsia="微软雅黑"/>
          <w:b/>
          <w:sz w:val="21"/>
        </w:rPr>
        <w:t>亮金套装</w:t>
      </w:r>
      <w:r>
        <w:rPr>
          <w:rFonts w:ascii="微软雅黑" w:hAnsi="微软雅黑" w:eastAsia="微软雅黑"/>
          <w:sz w:val="21"/>
        </w:rPr>
        <w:t>（龙鳞/虎印/玄纹/凤羽），这是 70 段最好的常规套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- 有条件的去刷 </w:t>
      </w:r>
      <w:r>
        <w:rPr>
          <w:rFonts w:ascii="微软雅黑" w:hAnsi="微软雅黑" w:eastAsia="微软雅黑"/>
          <w:b/>
          <w:sz w:val="21"/>
        </w:rPr>
        <w:t>东山岛声望神兽套</w:t>
      </w:r>
      <w:r>
        <w:rPr>
          <w:rFonts w:ascii="微软雅黑" w:hAnsi="微软雅黑" w:eastAsia="微软雅黑"/>
          <w:sz w:val="21"/>
        </w:rPr>
        <w:t>（白虎/玄武/青龙/朱雀，8 件套）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提醒</w:t>
      </w:r>
      <w:r>
        <w:rPr>
          <w:rFonts w:ascii="微软雅黑" w:hAnsi="微软雅黑" w:eastAsia="微软雅黑"/>
          <w:sz w:val="21"/>
        </w:rPr>
        <w:t>：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- 70 级可以</w:t>
      </w:r>
      <w:r>
        <w:rPr>
          <w:rFonts w:ascii="微软雅黑" w:hAnsi="微软雅黑" w:eastAsia="微软雅黑"/>
          <w:b/>
          <w:sz w:val="21"/>
        </w:rPr>
        <w:t>收徒</w:t>
      </w:r>
      <w:r>
        <w:rPr>
          <w:rFonts w:ascii="微软雅黑" w:hAnsi="微软雅黑" w:eastAsia="微软雅黑"/>
          <w:sz w:val="21"/>
        </w:rPr>
        <w:t>了。带徒弟下副本有额外经验，出师还有奖励。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- 这个阶段开始，</w:t>
      </w:r>
      <w:r>
        <w:rPr>
          <w:rFonts w:ascii="微软雅黑" w:hAnsi="微软雅黑" w:eastAsia="微软雅黑"/>
          <w:b/>
          <w:sz w:val="21"/>
        </w:rPr>
        <w:t>抗性</w:t>
      </w:r>
      <w:r>
        <w:rPr>
          <w:rFonts w:ascii="微软雅黑" w:hAnsi="微软雅黑" w:eastAsia="微软雅黑"/>
          <w:sz w:val="21"/>
        </w:rPr>
        <w:t>（迷惑/定身/流失/削弱）比单纯堆血更重要，副本 BOSS 的控制很烦。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3.7 【80–89 级】通天河：灵宝 + 战魂，两个新系统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主线</w:t>
      </w:r>
      <w:r>
        <w:rPr>
          <w:rFonts w:ascii="微软雅黑" w:hAnsi="微软雅黑" w:eastAsia="微软雅黑"/>
          <w:sz w:val="21"/>
        </w:rPr>
        <w:t>：正传第 7 章（80–89 级段），通天河、沙湾角、沙陀岛、龙吟湾、猛虎坡、景阳冈。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刷怪</w:t>
      </w:r>
      <w:r>
        <w:rPr>
          <w:rFonts w:ascii="微软雅黑" w:hAnsi="微软雅黑" w:eastAsia="微软雅黑"/>
          <w:sz w:val="21"/>
        </w:rPr>
        <w:t>：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- 80–81 级 沙湾角+沙陀岛+龙吟湾 / 82 级 猛虎坡 / 83 级 景阳冈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- 84 级 通天观+野牛坡 / 85 级 河嘴滩 / 86 级 西郊林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- 87 级 东郊林+栖雁山+医务站 / 88 级 揽月谷+河头滩 / 89 级 碧波潭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副本</w:t>
      </w:r>
      <w:r>
        <w:rPr>
          <w:rFonts w:ascii="微软雅黑" w:hAnsi="微软雅黑" w:eastAsia="微软雅黑"/>
          <w:sz w:val="21"/>
        </w:rPr>
        <w:t>：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- 80–90 级 </w:t>
      </w:r>
      <w:r>
        <w:rPr>
          <w:rFonts w:ascii="微软雅黑" w:hAnsi="微软雅黑" w:eastAsia="微软雅黑"/>
          <w:b/>
          <w:sz w:val="21"/>
        </w:rPr>
        <w:t>封魔台【挑战】</w:t>
      </w:r>
      <w:r>
        <w:rPr>
          <w:rFonts w:ascii="微软雅黑" w:hAnsi="微软雅黑" w:eastAsia="微软雅黑"/>
          <w:sz w:val="21"/>
        </w:rPr>
        <w:t>、</w:t>
      </w:r>
      <w:r>
        <w:rPr>
          <w:rFonts w:ascii="微软雅黑" w:hAnsi="微软雅黑" w:eastAsia="微软雅黑"/>
          <w:b/>
          <w:sz w:val="21"/>
        </w:rPr>
        <w:t>十方劫</w:t>
      </w:r>
      <w:r>
        <w:rPr>
          <w:rFonts w:ascii="微软雅黑" w:hAnsi="微软雅黑" w:eastAsia="微软雅黑"/>
          <w:sz w:val="21"/>
        </w:rPr>
        <w:t>（第三道天劫，10 人团队，每日 1 次）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- 85–90 级 </w:t>
      </w:r>
      <w:r>
        <w:rPr>
          <w:rFonts w:ascii="微软雅黑" w:hAnsi="微软雅黑" w:eastAsia="微软雅黑"/>
          <w:b/>
          <w:sz w:val="21"/>
        </w:rPr>
        <w:t>黑风岭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- 80–90 级 </w:t>
      </w:r>
      <w:r>
        <w:rPr>
          <w:rFonts w:ascii="微软雅黑" w:hAnsi="微软雅黑" w:eastAsia="微软雅黑"/>
          <w:b/>
          <w:sz w:val="21"/>
        </w:rPr>
        <w:t>碧萝仙府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- </w:t>
      </w:r>
      <w:r>
        <w:rPr>
          <w:rFonts w:ascii="微软雅黑" w:hAnsi="微软雅黑" w:eastAsia="微软雅黑"/>
          <w:b/>
          <w:sz w:val="21"/>
        </w:rPr>
        <w:t>通天河镇妖塔</w:t>
      </w:r>
      <w:r>
        <w:rPr>
          <w:rFonts w:ascii="微软雅黑" w:hAnsi="微软雅黑" w:eastAsia="微软雅黑"/>
          <w:sz w:val="21"/>
        </w:rPr>
        <w:t>（80+，每日 1 次）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装备目标</w:t>
      </w:r>
      <w:r>
        <w:rPr>
          <w:rFonts w:ascii="微软雅黑" w:hAnsi="微软雅黑" w:eastAsia="微软雅黑"/>
          <w:sz w:val="21"/>
        </w:rPr>
        <w:t>：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- 80 级换 </w:t>
      </w:r>
      <w:r>
        <w:rPr>
          <w:rFonts w:ascii="微软雅黑" w:hAnsi="微软雅黑" w:eastAsia="微软雅黑"/>
          <w:b/>
          <w:sz w:val="21"/>
        </w:rPr>
        <w:t>十方劫套装</w:t>
      </w:r>
      <w:r>
        <w:rPr>
          <w:rFonts w:ascii="微软雅黑" w:hAnsi="微软雅黑" w:eastAsia="微软雅黑"/>
          <w:sz w:val="21"/>
        </w:rPr>
        <w:t xml:space="preserve">（战魂/断魂/炼魂/摄魂，8 件）或 </w:t>
      </w:r>
      <w:r>
        <w:rPr>
          <w:rFonts w:ascii="微软雅黑" w:hAnsi="微软雅黑" w:eastAsia="微软雅黑"/>
          <w:b/>
          <w:sz w:val="21"/>
        </w:rPr>
        <w:t>挑战魔尊【八派】套装</w:t>
      </w:r>
      <w:r>
        <w:rPr>
          <w:rFonts w:ascii="微软雅黑" w:hAnsi="微软雅黑" w:eastAsia="微软雅黑"/>
          <w:sz w:val="21"/>
        </w:rPr>
        <w:t>（伏虎/降龙/乘凤/驭鹤，5 件）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- 85 级换 </w:t>
      </w:r>
      <w:r>
        <w:rPr>
          <w:rFonts w:ascii="微软雅黑" w:hAnsi="微软雅黑" w:eastAsia="微软雅黑"/>
          <w:b/>
          <w:sz w:val="21"/>
        </w:rPr>
        <w:t>碧萝仙府套</w:t>
      </w:r>
      <w:r>
        <w:rPr>
          <w:rFonts w:ascii="微软雅黑" w:hAnsi="微软雅黑" w:eastAsia="微软雅黑"/>
          <w:sz w:val="21"/>
        </w:rPr>
        <w:t xml:space="preserve">（锦鲤/青鲤/绿鲤/蓝鲤）或 </w:t>
      </w:r>
      <w:r>
        <w:rPr>
          <w:rFonts w:ascii="微软雅黑" w:hAnsi="微软雅黑" w:eastAsia="微软雅黑"/>
          <w:b/>
          <w:sz w:val="21"/>
        </w:rPr>
        <w:t>85 亮金【稀有】套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这个阶段开两个大系统，必须玩：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1. </w:t>
      </w:r>
      <w:r>
        <w:rPr>
          <w:rFonts w:ascii="微软雅黑" w:hAnsi="微软雅黑" w:eastAsia="微软雅黑"/>
          <w:b/>
          <w:sz w:val="21"/>
        </w:rPr>
        <w:t>灵宝（80+）</w:t>
      </w:r>
      <w:r>
        <w:rPr>
          <w:rFonts w:ascii="微软雅黑" w:hAnsi="微软雅黑" w:eastAsia="微软雅黑"/>
          <w:sz w:val="21"/>
        </w:rPr>
        <w:t>：装备在"宝物"栏，攻能放灵宝仙术（无视物防法抗），防能开结界吸收伤害。靠"修炼值"升星，最高 9 星；9 星满了还能升阶（上品→精品），并领悟"灵宝仙诀"。</w:t>
      </w:r>
      <w:r>
        <w:rPr>
          <w:rFonts w:ascii="微软雅黑" w:hAnsi="微软雅黑" w:eastAsia="微软雅黑"/>
          <w:b/>
          <w:sz w:val="21"/>
        </w:rPr>
        <w:t>灵宝是 80 级后最直观的战力提升之一。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2. </w:t>
      </w:r>
      <w:r>
        <w:rPr>
          <w:rFonts w:ascii="微软雅黑" w:hAnsi="微软雅黑" w:eastAsia="微软雅黑"/>
          <w:b/>
          <w:sz w:val="21"/>
        </w:rPr>
        <w:t>战魂（80+）</w:t>
      </w:r>
      <w:r>
        <w:rPr>
          <w:rFonts w:ascii="微软雅黑" w:hAnsi="微软雅黑" w:eastAsia="微软雅黑"/>
          <w:sz w:val="21"/>
        </w:rPr>
        <w:t>：完成战魂任务拿"战魂水晶"，附到侍宠身上。战魂有基础属性 + 5 条洗练属性，用附魂石洗。</w:t>
      </w:r>
      <w:r>
        <w:rPr>
          <w:rFonts w:ascii="微软雅黑" w:hAnsi="微软雅黑" w:eastAsia="微软雅黑"/>
          <w:b/>
          <w:sz w:val="21"/>
        </w:rPr>
        <w:t>天魔幻境</w:t>
      </w:r>
      <w:r>
        <w:rPr>
          <w:rFonts w:ascii="微软雅黑" w:hAnsi="微软雅黑" w:eastAsia="微软雅黑"/>
          <w:sz w:val="21"/>
        </w:rPr>
        <w:t>（80+，每天 2 次，3 人，25 层）是战魂水晶的主要来源，积分越高水晶等级越高。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提醒</w:t>
      </w:r>
      <w:r>
        <w:rPr>
          <w:rFonts w:ascii="微软雅黑" w:hAnsi="微软雅黑" w:eastAsia="微软雅黑"/>
          <w:sz w:val="21"/>
        </w:rPr>
        <w:t>：80 级后升级开始"肉疼"（80→90 要 8.35 亿经验），日常和副本一个都别落。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3.8 【90–95 级】摩云山：武器强化 + 镇妖塔毕业套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主线</w:t>
      </w:r>
      <w:r>
        <w:rPr>
          <w:rFonts w:ascii="微软雅黑" w:hAnsi="微软雅黑" w:eastAsia="微软雅黑"/>
          <w:sz w:val="21"/>
        </w:rPr>
        <w:t>：正传第 8 章（90–95 级段），通天台、虎跳栈道、风香原、歌雨滩、宸虎观。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刷怪</w:t>
      </w:r>
      <w:r>
        <w:rPr>
          <w:rFonts w:ascii="微软雅黑" w:hAnsi="微软雅黑" w:eastAsia="微软雅黑"/>
          <w:sz w:val="21"/>
        </w:rPr>
        <w:t>：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- 90 级 通天台 / 91 级 虎跳栈道 / 92 级 风香原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- 93 级 歌雨滩 / 94 级 歌雨滩或宸虎观 / 95 级 宸虎观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副本</w:t>
      </w:r>
      <w:r>
        <w:rPr>
          <w:rFonts w:ascii="微软雅黑" w:hAnsi="微软雅黑" w:eastAsia="微软雅黑"/>
          <w:sz w:val="21"/>
        </w:rPr>
        <w:t>：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- 90–95 级 </w:t>
      </w:r>
      <w:r>
        <w:rPr>
          <w:rFonts w:ascii="微软雅黑" w:hAnsi="微软雅黑" w:eastAsia="微软雅黑"/>
          <w:b/>
          <w:sz w:val="21"/>
        </w:rPr>
        <w:t>千蛛洞</w:t>
      </w:r>
      <w:r>
        <w:rPr>
          <w:rFonts w:ascii="微软雅黑" w:hAnsi="微软雅黑" w:eastAsia="微软雅黑"/>
          <w:sz w:val="21"/>
        </w:rPr>
        <w:t>、</w:t>
      </w:r>
      <w:r>
        <w:rPr>
          <w:rFonts w:ascii="微软雅黑" w:hAnsi="微软雅黑" w:eastAsia="微软雅黑"/>
          <w:b/>
          <w:sz w:val="21"/>
        </w:rPr>
        <w:t>【九蛇试炼】神龙殿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- 90–95 级 </w:t>
      </w:r>
      <w:r>
        <w:rPr>
          <w:rFonts w:ascii="微软雅黑" w:hAnsi="微软雅黑" w:eastAsia="微软雅黑"/>
          <w:b/>
          <w:sz w:val="21"/>
        </w:rPr>
        <w:t>灵谷</w:t>
      </w:r>
      <w:r>
        <w:rPr>
          <w:rFonts w:ascii="微软雅黑" w:hAnsi="微软雅黑" w:eastAsia="微软雅黑"/>
          <w:sz w:val="21"/>
        </w:rPr>
        <w:t xml:space="preserve">、90–100 级 </w:t>
      </w:r>
      <w:r>
        <w:rPr>
          <w:rFonts w:ascii="微软雅黑" w:hAnsi="微软雅黑" w:eastAsia="微软雅黑"/>
          <w:b/>
          <w:sz w:val="21"/>
        </w:rPr>
        <w:t>轮回道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- 90–100 级 </w:t>
      </w:r>
      <w:r>
        <w:rPr>
          <w:rFonts w:ascii="微软雅黑" w:hAnsi="微软雅黑" w:eastAsia="微软雅黑"/>
          <w:b/>
          <w:sz w:val="21"/>
        </w:rPr>
        <w:t>宸虎道观【普通/简单】</w:t>
      </w:r>
      <w:r>
        <w:rPr>
          <w:rFonts w:ascii="微软雅黑" w:hAnsi="微软雅黑" w:eastAsia="微软雅黑"/>
          <w:sz w:val="21"/>
        </w:rPr>
        <w:t>、</w:t>
      </w:r>
      <w:r>
        <w:rPr>
          <w:rFonts w:ascii="微软雅黑" w:hAnsi="微软雅黑" w:eastAsia="微软雅黑"/>
          <w:b/>
          <w:sz w:val="21"/>
        </w:rPr>
        <w:t>白骨洞【普通/简单】</w:t>
      </w:r>
      <w:r>
        <w:rPr>
          <w:rFonts w:ascii="微软雅黑" w:hAnsi="微软雅黑" w:eastAsia="微软雅黑"/>
          <w:sz w:val="21"/>
        </w:rPr>
        <w:t>、</w:t>
      </w:r>
      <w:r>
        <w:rPr>
          <w:rFonts w:ascii="微软雅黑" w:hAnsi="微软雅黑" w:eastAsia="微软雅黑"/>
          <w:b/>
          <w:sz w:val="21"/>
        </w:rPr>
        <w:t>灵谷幽地</w:t>
      </w:r>
      <w:r>
        <w:rPr>
          <w:rFonts w:ascii="微软雅黑" w:hAnsi="微软雅黑" w:eastAsia="微软雅黑"/>
          <w:sz w:val="21"/>
        </w:rPr>
        <w:t>、</w:t>
      </w:r>
      <w:r>
        <w:rPr>
          <w:rFonts w:ascii="微软雅黑" w:hAnsi="微软雅黑" w:eastAsia="微软雅黑"/>
          <w:b/>
          <w:sz w:val="21"/>
        </w:rPr>
        <w:t>伏魔不周山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- 95–100 级 </w:t>
      </w:r>
      <w:r>
        <w:rPr>
          <w:rFonts w:ascii="微软雅黑" w:hAnsi="微软雅黑" w:eastAsia="微软雅黑"/>
          <w:b/>
          <w:sz w:val="21"/>
        </w:rPr>
        <w:t>闯三关【普通/简单】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装备目标</w:t>
      </w:r>
      <w:r>
        <w:rPr>
          <w:rFonts w:ascii="微软雅黑" w:hAnsi="微软雅黑" w:eastAsia="微软雅黑"/>
          <w:sz w:val="21"/>
        </w:rPr>
        <w:t>：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- 90 级换 </w:t>
      </w:r>
      <w:r>
        <w:rPr>
          <w:rFonts w:ascii="微软雅黑" w:hAnsi="微软雅黑" w:eastAsia="微软雅黑"/>
          <w:b/>
          <w:sz w:val="21"/>
        </w:rPr>
        <w:t>90 镇妖塔套装</w:t>
      </w:r>
      <w:r>
        <w:rPr>
          <w:rFonts w:ascii="微软雅黑" w:hAnsi="微软雅黑" w:eastAsia="微软雅黑"/>
          <w:sz w:val="21"/>
        </w:rPr>
        <w:t>（斩鬼/除魔/镇魂/降妖）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- 90 级还有 </w:t>
      </w:r>
      <w:r>
        <w:rPr>
          <w:rFonts w:ascii="微软雅黑" w:hAnsi="微软雅黑" w:eastAsia="微软雅黑"/>
          <w:b/>
          <w:sz w:val="21"/>
        </w:rPr>
        <w:t>【强力】十方劫套装</w:t>
      </w:r>
      <w:r>
        <w:rPr>
          <w:rFonts w:ascii="微软雅黑" w:hAnsi="微软雅黑" w:eastAsia="微软雅黑"/>
          <w:sz w:val="21"/>
        </w:rPr>
        <w:t>（坎水/巽风/清昼/浊夜/阳元/阴虚/震雷/离火，8 件），属性更高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- 94–95 级换 </w:t>
      </w:r>
      <w:r>
        <w:rPr>
          <w:rFonts w:ascii="微软雅黑" w:hAnsi="微软雅黑" w:eastAsia="微软雅黑"/>
          <w:b/>
          <w:sz w:val="21"/>
        </w:rPr>
        <w:t>灵谷武器</w:t>
      </w:r>
      <w:r>
        <w:rPr>
          <w:rFonts w:ascii="微软雅黑" w:hAnsi="微软雅黑" w:eastAsia="微软雅黑"/>
          <w:sz w:val="21"/>
        </w:rPr>
        <w:t>、</w:t>
      </w:r>
      <w:r>
        <w:rPr>
          <w:rFonts w:ascii="微软雅黑" w:hAnsi="微软雅黑" w:eastAsia="微软雅黑"/>
          <w:b/>
          <w:sz w:val="21"/>
        </w:rPr>
        <w:t>轮回道套装</w:t>
      </w:r>
      <w:r>
        <w:rPr>
          <w:rFonts w:ascii="微软雅黑" w:hAnsi="微软雅黑" w:eastAsia="微软雅黑"/>
          <w:sz w:val="21"/>
        </w:rPr>
        <w:t>（凝魄/破魂/往生/轮转）、</w:t>
      </w:r>
      <w:r>
        <w:rPr>
          <w:rFonts w:ascii="微软雅黑" w:hAnsi="微软雅黑" w:eastAsia="微软雅黑"/>
          <w:b/>
          <w:sz w:val="21"/>
        </w:rPr>
        <w:t>宸虎道观套装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- 95 级 </w:t>
      </w:r>
      <w:r>
        <w:rPr>
          <w:rFonts w:ascii="微软雅黑" w:hAnsi="微软雅黑" w:eastAsia="微软雅黑"/>
          <w:b/>
          <w:sz w:val="21"/>
        </w:rPr>
        <w:t>【强力】宸虎道观套</w:t>
      </w:r>
      <w:r>
        <w:rPr>
          <w:rFonts w:ascii="微软雅黑" w:hAnsi="微软雅黑" w:eastAsia="微软雅黑"/>
          <w:sz w:val="21"/>
        </w:rPr>
        <w:t>（须臾斩鬼/破妄降鬼/阴阳驱鬼/避煞镇鬼）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90 级必做：武器强化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- 到四方仙友会找</w:t>
      </w:r>
      <w:r>
        <w:rPr>
          <w:rFonts w:ascii="微软雅黑" w:hAnsi="微软雅黑" w:eastAsia="微软雅黑"/>
          <w:b/>
          <w:sz w:val="21"/>
        </w:rPr>
        <w:t>洪游轩</w:t>
      </w:r>
      <w:r>
        <w:rPr>
          <w:rFonts w:ascii="微软雅黑" w:hAnsi="微软雅黑" w:eastAsia="微软雅黑"/>
          <w:sz w:val="21"/>
        </w:rPr>
        <w:t>接任务，做完开启"包裹→打造→武器强化"。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- 只有标着"可强化"的武器能强化，最高 +20（+20 成功率只有 5%），失败</w:t>
      </w:r>
      <w:r>
        <w:rPr>
          <w:rFonts w:ascii="微软雅黑" w:hAnsi="微软雅黑" w:eastAsia="微软雅黑"/>
          <w:b/>
          <w:sz w:val="21"/>
        </w:rPr>
        <w:t>不降级、不碎武器</w:t>
      </w:r>
      <w:r>
        <w:rPr>
          <w:rFonts w:ascii="微软雅黑" w:hAnsi="微软雅黑" w:eastAsia="微软雅黑"/>
          <w:sz w:val="21"/>
        </w:rPr>
        <w:t>，还会返还部分绑定金和凝气石。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- +20 以后还能"突破"（21–30），需要聚形石，普通玩家先冲到 +10 就很够用了。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提醒</w:t>
      </w:r>
      <w:r>
        <w:rPr>
          <w:rFonts w:ascii="微软雅黑" w:hAnsi="微软雅黑" w:eastAsia="微软雅黑"/>
          <w:sz w:val="21"/>
        </w:rPr>
        <w:t>：90 级开</w:t>
      </w:r>
      <w:r>
        <w:rPr>
          <w:rFonts w:ascii="微软雅黑" w:hAnsi="微软雅黑" w:eastAsia="微软雅黑"/>
          <w:b/>
          <w:sz w:val="21"/>
        </w:rPr>
        <w:t>心法领悟</w:t>
      </w:r>
      <w:r>
        <w:rPr>
          <w:rFonts w:ascii="微软雅黑" w:hAnsi="微软雅黑" w:eastAsia="微软雅黑"/>
          <w:sz w:val="21"/>
        </w:rPr>
        <w:t>（90+，每天 5 次，每次要 3000 万经验），领悟出"无字天书"，是后期心法的主要来源。经验多的可以每天点满。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3.9 【96–99 级】最后的硬骨头：宸虎观 + 日常堆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主线</w:t>
      </w:r>
      <w:r>
        <w:rPr>
          <w:rFonts w:ascii="微软雅黑" w:hAnsi="微软雅黑" w:eastAsia="微软雅黑"/>
          <w:sz w:val="21"/>
        </w:rPr>
        <w:t>：95 级以后正传基本结束，只剩零星的"天劫路/进阶"任务。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刷怪</w:t>
      </w:r>
      <w:r>
        <w:rPr>
          <w:rFonts w:ascii="微软雅黑" w:hAnsi="微软雅黑" w:eastAsia="微软雅黑"/>
          <w:sz w:val="21"/>
        </w:rPr>
        <w:t>：</w:t>
      </w:r>
      <w:r>
        <w:rPr>
          <w:rFonts w:ascii="微软雅黑" w:hAnsi="微软雅黑" w:eastAsia="微软雅黑"/>
          <w:b/>
          <w:sz w:val="21"/>
        </w:rPr>
        <w:t>宸虎观</w:t>
      </w:r>
      <w:r>
        <w:rPr>
          <w:rFonts w:ascii="微软雅黑" w:hAnsi="微软雅黑" w:eastAsia="微软雅黑"/>
          <w:sz w:val="21"/>
        </w:rPr>
        <w:t>（95–99 都在这），或者去 94–95 的歌雨滩/宸虎观混。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副本</w:t>
      </w:r>
      <w:r>
        <w:rPr>
          <w:rFonts w:ascii="微软雅黑" w:hAnsi="微软雅黑" w:eastAsia="微软雅黑"/>
          <w:sz w:val="21"/>
        </w:rPr>
        <w:t>：宸虎道观、白骨洞、灵谷幽地、轮回道、闯三关、伏魔不周山、玉灵山（98–100）。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装备目标</w:t>
      </w:r>
      <w:r>
        <w:rPr>
          <w:rFonts w:ascii="微软雅黑" w:hAnsi="微软雅黑" w:eastAsia="微软雅黑"/>
          <w:sz w:val="21"/>
        </w:rPr>
        <w:t>：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- 95–98 级：</w:t>
      </w:r>
      <w:r>
        <w:rPr>
          <w:rFonts w:ascii="微软雅黑" w:hAnsi="微软雅黑" w:eastAsia="微软雅黑"/>
          <w:b/>
          <w:sz w:val="21"/>
        </w:rPr>
        <w:t>天魔幻境套</w:t>
      </w:r>
      <w:r>
        <w:rPr>
          <w:rFonts w:ascii="微软雅黑" w:hAnsi="微软雅黑" w:eastAsia="微软雅黑"/>
          <w:sz w:val="21"/>
        </w:rPr>
        <w:t>（天孤平天/威德镇天/宁心炼天/道旨法天）、</w:t>
      </w:r>
      <w:r>
        <w:rPr>
          <w:rFonts w:ascii="微软雅黑" w:hAnsi="微软雅黑" w:eastAsia="微软雅黑"/>
          <w:b/>
          <w:sz w:val="21"/>
        </w:rPr>
        <w:t>闯三关套</w:t>
      </w:r>
      <w:r>
        <w:rPr>
          <w:rFonts w:ascii="微软雅黑" w:hAnsi="微软雅黑" w:eastAsia="微软雅黑"/>
          <w:sz w:val="21"/>
        </w:rPr>
        <w:t>（地绝荡魔/怒目镇魔/明神炼魔/律令诛魔）、</w:t>
      </w:r>
      <w:r>
        <w:rPr>
          <w:rFonts w:ascii="微软雅黑" w:hAnsi="微软雅黑" w:eastAsia="微软雅黑"/>
          <w:b/>
          <w:sz w:val="21"/>
        </w:rPr>
        <w:t>玉灵山套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- 98 级：</w:t>
      </w:r>
      <w:r>
        <w:rPr>
          <w:rFonts w:ascii="微软雅黑" w:hAnsi="微软雅黑" w:eastAsia="微软雅黑"/>
          <w:b/>
          <w:sz w:val="21"/>
        </w:rPr>
        <w:t>龙子霸下套</w:t>
      </w:r>
      <w:r>
        <w:rPr>
          <w:rFonts w:ascii="微软雅黑" w:hAnsi="微软雅黑" w:eastAsia="微软雅黑"/>
          <w:sz w:val="21"/>
        </w:rPr>
        <w:t xml:space="preserve">（凌天/煞天/噬天/绝天/归海/镇海/匿海/铸海）或 </w:t>
      </w:r>
      <w:r>
        <w:rPr>
          <w:rFonts w:ascii="微软雅黑" w:hAnsi="微软雅黑" w:eastAsia="微软雅黑"/>
          <w:b/>
          <w:sz w:val="21"/>
        </w:rPr>
        <w:t>传奇龙骧套</w:t>
      </w:r>
      <w:r>
        <w:rPr>
          <w:rFonts w:ascii="微软雅黑" w:hAnsi="微软雅黑" w:eastAsia="微软雅黑"/>
          <w:sz w:val="21"/>
        </w:rPr>
        <w:t>（擎天混煞/罡步星斗/阴符招魂/十方真云）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- 98 级还有 </w:t>
      </w:r>
      <w:r>
        <w:rPr>
          <w:rFonts w:ascii="微软雅黑" w:hAnsi="微软雅黑" w:eastAsia="微软雅黑"/>
          <w:b/>
          <w:sz w:val="21"/>
        </w:rPr>
        <w:t>传奇镇妖塔套</w:t>
      </w:r>
      <w:r>
        <w:rPr>
          <w:rFonts w:ascii="微软雅黑" w:hAnsi="微软雅黑" w:eastAsia="微软雅黑"/>
          <w:sz w:val="21"/>
        </w:rPr>
        <w:t>（除魔炎麟/斩鬼赤链/镇魂坠星/降妖纯阳，是 90 套的升级版）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提醒</w:t>
      </w:r>
      <w:r>
        <w:rPr>
          <w:rFonts w:ascii="微软雅黑" w:hAnsi="微软雅黑" w:eastAsia="微软雅黑"/>
          <w:sz w:val="21"/>
        </w:rPr>
        <w:t>：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- 95→99 是全游戏最硬的一段：95→96 要 3.06 亿、96→97 要 5.5 亿、97→98 要 8.3 亿、98→99 要 10 亿。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- 这一段就是"日常 + 副本 + 活动 + 多倍经验"四件套，没什么捷径。想快就每天把限时活动全清、双倍时间全用在刷怪上。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- 99 级之后，服务端表里 100 级是"未开放"；等服主开 100 级，再做"九九归一"和"职业进阶"（挑战各职业尊师，转成元尊/仙王/玄皇/真帝）。</w:t>
      </w:r>
    </w:p>
    <w:p>
      <w:r>
        <w:br w:type="page"/>
      </w:r>
    </w:p>
    <w:p>
      <w:pPr>
        <w:pStyle w:val="Heading1"/>
      </w:pPr>
      <w:r>
        <w:rPr>
          <w:rFonts w:ascii="微软雅黑" w:hAnsi="微软雅黑" w:eastAsia="微软雅黑"/>
          <w:color w:val="1F3A5F"/>
          <w:sz w:val="30"/>
        </w:rPr>
        <w:t>4. 系统解锁时间表（照着这个查"我该干什么"）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379"/>
        <w:gridCol w:w="2379"/>
        <w:gridCol w:w="2379"/>
        <w:gridCol w:w="2379"/>
      </w:tblGrid>
      <w:tr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等级</w:t>
            </w:r>
          </w:p>
        </w:tc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解锁的系统</w:t>
            </w:r>
          </w:p>
        </w:tc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一句话说明</w:t>
            </w:r>
          </w:p>
        </w:tc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优先级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1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正传任务、法宝（5–9 级）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主线是你前 70 级的主要经验来源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★★★★★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5–9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新手法宝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各职业第一件法宝，别丢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★★★★★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10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坐骑（小毛驴）、捉妖/照妖镜、门派、拜师、宠物教学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抓宠、加门派、找师傅都在这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★★★★★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15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经久装备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第一套"像样"的装备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20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天劫路、抢滩登陆/对抗活动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天劫路一路带你到 40 级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★★★★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30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心法</w:t>
            </w:r>
            <w:r>
              <w:rPr>
                <w:rFonts w:ascii="微软雅黑" w:hAnsi="微软雅黑" w:eastAsia="微软雅黑"/>
                <w:sz w:val="18"/>
              </w:rPr>
              <w:t>、30 级职业套装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永久被动，早学早赚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★★★★★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40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姻缘、京城镇妖塔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镇妖塔每天必打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★★★★★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41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保卫粮仓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41 级起（不含 40 级）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★★★★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50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皇家猎苑（50+）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抓宠/刷材料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60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形神竞技</w:t>
            </w:r>
            <w:r>
              <w:rPr>
                <w:rFonts w:ascii="微软雅黑" w:hAnsi="微软雅黑" w:eastAsia="微软雅黑"/>
                <w:sz w:val="18"/>
              </w:rPr>
              <w:t>、宠物炼化/进化、茅山镇妖塔、天雷劫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每天 5 场形神，白给经验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★★★★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70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收徒、70 镇妖塔、亮金装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带徒弟有额外经验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80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灵宝</w:t>
            </w:r>
            <w:r>
              <w:rPr>
                <w:rFonts w:ascii="微软雅黑" w:hAnsi="微软雅黑" w:eastAsia="微软雅黑"/>
                <w:sz w:val="18"/>
              </w:rPr>
              <w:t>、</w:t>
            </w:r>
            <w:r>
              <w:rPr>
                <w:rFonts w:ascii="微软雅黑" w:hAnsi="微软雅黑" w:eastAsia="微软雅黑"/>
                <w:b/>
                <w:sz w:val="18"/>
              </w:rPr>
              <w:t>战魂</w:t>
            </w:r>
            <w:r>
              <w:rPr>
                <w:rFonts w:ascii="微软雅黑" w:hAnsi="微软雅黑" w:eastAsia="微软雅黑"/>
                <w:sz w:val="18"/>
              </w:rPr>
              <w:t>、天魔幻境、通天河镇妖塔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两个大系统，必须玩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★★★★★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90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武器强化</w:t>
            </w:r>
            <w:r>
              <w:rPr>
                <w:rFonts w:ascii="微软雅黑" w:hAnsi="微软雅黑" w:eastAsia="微软雅黑"/>
                <w:sz w:val="18"/>
              </w:rPr>
              <w:t>、心法领悟、90 镇妖塔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武器 +10 是分水岭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★★★★★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95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宸虎观、白骨洞、闯三关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最后冲级地图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★★★★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100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九九归一、职业进阶（未开放）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下一阶段内容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</w:tr>
    </w:tbl>
    <w:p/>
    <w:p>
      <w:r>
        <w:br w:type="page"/>
      </w:r>
    </w:p>
    <w:p>
      <w:pPr>
        <w:pStyle w:val="Heading1"/>
      </w:pPr>
      <w:r>
        <w:rPr>
          <w:rFonts w:ascii="微软雅黑" w:hAnsi="微软雅黑" w:eastAsia="微软雅黑"/>
          <w:color w:val="1F3A5F"/>
          <w:sz w:val="30"/>
        </w:rPr>
        <w:t>5. 装备体系（战力的大头）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5.1 先认识装备栏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一个人身上能穿的东西：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武器</w:t>
      </w:r>
      <w:r>
        <w:rPr>
          <w:rFonts w:ascii="微软雅黑" w:hAnsi="微软雅黑" w:eastAsia="微软雅黑"/>
          <w:sz w:val="21"/>
        </w:rPr>
        <w:t>（1 件）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防具</w:t>
      </w:r>
      <w:r>
        <w:rPr>
          <w:rFonts w:ascii="微软雅黑" w:hAnsi="微软雅黑" w:eastAsia="微软雅黑"/>
          <w:sz w:val="21"/>
        </w:rPr>
        <w:t>：头部、外衣、腰带、裤子、鞋靴（5 件）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首饰</w:t>
      </w:r>
      <w:r>
        <w:rPr>
          <w:rFonts w:ascii="微软雅黑" w:hAnsi="微软雅黑" w:eastAsia="微软雅黑"/>
          <w:sz w:val="21"/>
        </w:rPr>
        <w:t>：项链、饰品 ×2（3 件）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法宝</w:t>
      </w:r>
      <w:r>
        <w:rPr>
          <w:rFonts w:ascii="微软雅黑" w:hAnsi="微软雅黑" w:eastAsia="微软雅黑"/>
          <w:sz w:val="21"/>
        </w:rPr>
        <w:t>（1 件，职业专属，跟着你升级）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宝物 / 灵宝</w:t>
      </w:r>
      <w:r>
        <w:rPr>
          <w:rFonts w:ascii="微软雅黑" w:hAnsi="微软雅黑" w:eastAsia="微软雅黑"/>
          <w:sz w:val="21"/>
        </w:rPr>
        <w:t>（1 件，80 级后）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时装</w:t>
      </w:r>
      <w:r>
        <w:rPr>
          <w:rFonts w:ascii="微软雅黑" w:hAnsi="微软雅黑" w:eastAsia="微软雅黑"/>
          <w:sz w:val="21"/>
        </w:rPr>
        <w:t>：头、衣、腰、裤、鞋、配饰（6 件，外观 + 属性）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坐骑</w:t>
      </w:r>
      <w:r>
        <w:rPr>
          <w:rFonts w:ascii="微软雅黑" w:hAnsi="微软雅黑" w:eastAsia="微软雅黑"/>
          <w:sz w:val="21"/>
        </w:rPr>
        <w:t>（1 只，能骑能打）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5.2 品质：数字越大越好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装备表里每件装备都有"物品品质"，同一个名字可能有 1~7 个品质版本，属性一路涨。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比如 20 级的"青锋剑"：品质 1 伤害 19，品质 7 伤害 31——</w:t>
      </w:r>
      <w:r>
        <w:rPr>
          <w:rFonts w:ascii="微软雅黑" w:hAnsi="微软雅黑" w:eastAsia="微软雅黑"/>
          <w:b/>
          <w:sz w:val="21"/>
        </w:rPr>
        <w:t>同名不同质，别看名字，看品质</w:t>
      </w:r>
      <w:r>
        <w:rPr>
          <w:rFonts w:ascii="微软雅黑" w:hAnsi="微软雅黑" w:eastAsia="微软雅黑"/>
          <w:sz w:val="21"/>
        </w:rPr>
        <w:t>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常规装备品质大概从 1 到 12；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 xml:space="preserve">100 级有 13/14 品质的 </w:t>
      </w:r>
      <w:r>
        <w:rPr>
          <w:rFonts w:ascii="微软雅黑" w:hAnsi="微软雅黑" w:eastAsia="微软雅黑"/>
          <w:b/>
          <w:sz w:val="21"/>
        </w:rPr>
        <w:t>【仙】【魔】</w:t>
      </w:r>
      <w:r>
        <w:rPr>
          <w:rFonts w:ascii="微软雅黑" w:hAnsi="微软雅黑" w:eastAsia="微软雅黑"/>
          <w:sz w:val="21"/>
        </w:rPr>
        <w:t xml:space="preserve"> 装备（比如"天丁开山【仙】"）；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判断一件装备好不好，最直接的方法是：</w:t>
      </w:r>
      <w:r>
        <w:rPr>
          <w:rFonts w:ascii="微软雅黑" w:hAnsi="微软雅黑" w:eastAsia="微软雅黑"/>
          <w:b/>
          <w:sz w:val="21"/>
        </w:rPr>
        <w:t>同等级下，品质高的、带套装 ID 的、名字带"稀有/传奇/仙/魔"的，优先</w:t>
      </w:r>
      <w:r>
        <w:rPr>
          <w:rFonts w:ascii="微软雅黑" w:hAnsi="微软雅黑" w:eastAsia="微软雅黑"/>
          <w:sz w:val="21"/>
        </w:rPr>
        <w:t>。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5.3 各阶段穿什么（照着抄作业）</w:t>
      </w:r>
    </w:p>
    <w:p>
      <w:pPr>
        <w:spacing w:after="80"/>
      </w:pPr>
      <w:r>
        <w:rPr>
          <w:rFonts w:ascii="微软雅黑" w:hAnsi="微软雅黑" w:eastAsia="微软雅黑"/>
          <w:b/>
          <w:sz w:val="21"/>
        </w:rPr>
        <w:t>先知道装备从哪来：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任务/正传</w:t>
      </w:r>
      <w:r>
        <w:rPr>
          <w:rFonts w:ascii="微软雅黑" w:hAnsi="微软雅黑" w:eastAsia="微软雅黑"/>
          <w:sz w:val="21"/>
        </w:rPr>
        <w:t>：前期主力，够穿到 40 级。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副本 BOSS</w:t>
      </w:r>
      <w:r>
        <w:rPr>
          <w:rFonts w:ascii="微软雅黑" w:hAnsi="微软雅黑" w:eastAsia="微软雅黑"/>
          <w:sz w:val="21"/>
        </w:rPr>
        <w:t>：中后期主力，套装基本都从副本/镇妖塔出。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生活技能打造</w:t>
      </w:r>
      <w:r>
        <w:rPr>
          <w:rFonts w:ascii="微软雅黑" w:hAnsi="微软雅黑" w:eastAsia="微软雅黑"/>
          <w:sz w:val="21"/>
        </w:rPr>
        <w:t>：能补部位，也能做时装。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门派/阵营/声望商店</w:t>
      </w:r>
      <w:r>
        <w:rPr>
          <w:rFonts w:ascii="微软雅黑" w:hAnsi="微软雅黑" w:eastAsia="微软雅黑"/>
          <w:sz w:val="21"/>
        </w:rPr>
        <w:t>：用贡献、声望换，附魔符纸也在这。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世界 BOSS/活动</w:t>
      </w:r>
      <w:r>
        <w:rPr>
          <w:rFonts w:ascii="微软雅黑" w:hAnsi="微软雅黑" w:eastAsia="微软雅黑"/>
          <w:sz w:val="21"/>
        </w:rPr>
        <w:t>：极品散件、稀有材料。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商城</w:t>
      </w:r>
      <w:r>
        <w:rPr>
          <w:rFonts w:ascii="微软雅黑" w:hAnsi="微软雅黑" w:eastAsia="微软雅黑"/>
          <w:sz w:val="21"/>
        </w:rPr>
        <w:t>：外观为主，不建议买成品战力装。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379"/>
        <w:gridCol w:w="2379"/>
        <w:gridCol w:w="2379"/>
        <w:gridCol w:w="2379"/>
      </w:tblGrid>
      <w:tr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等级</w:t>
            </w:r>
          </w:p>
        </w:tc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武器</w:t>
            </w:r>
          </w:p>
        </w:tc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防具/套装</w:t>
            </w:r>
          </w:p>
        </w:tc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首饰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15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任务武器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[15] 经久衣服/腰带/裤子/靴子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[15] 经久首饰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20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[20] 经久武器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[20] 经久装备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[20] 经久首饰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30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30 级职业武器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[30] 职业套装</w:t>
            </w:r>
            <w:r>
              <w:rPr>
                <w:rFonts w:ascii="微软雅黑" w:hAnsi="微软雅黑" w:eastAsia="微软雅黑"/>
                <w:sz w:val="18"/>
              </w:rPr>
              <w:t>（锐金/玄水/青木/朱焰）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[35] 经久首饰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40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[40] 仙剑碎片</w:t>
            </w:r>
            <w:r>
              <w:rPr>
                <w:rFonts w:ascii="微软雅黑" w:hAnsi="微软雅黑" w:eastAsia="微软雅黑"/>
                <w:sz w:val="18"/>
              </w:rPr>
              <w:t>（风云劫）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[40] 经久装备（游侠/力士/符咒/法师各一套）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[35] 经久首饰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50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[50] 仙剑碎片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[50] 百鬼/飞跃宁海套</w:t>
            </w:r>
            <w:r>
              <w:rPr>
                <w:rFonts w:ascii="微软雅黑" w:hAnsi="微软雅黑" w:eastAsia="微软雅黑"/>
                <w:sz w:val="18"/>
              </w:rPr>
              <w:t>（5 件）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[60] 镇妖塔首饰（可提前攒）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55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[55] 经久武器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[55] 百鬼/飞跃宁海【稀有】套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同上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60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[60] 仙剑碎片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[60] 镇妖塔套</w:t>
            </w:r>
            <w:r>
              <w:rPr>
                <w:rFonts w:ascii="微软雅黑" w:hAnsi="微软雅黑" w:eastAsia="微软雅黑"/>
                <w:sz w:val="18"/>
              </w:rPr>
              <w:t>（斩鬼/除魔/镇魂/降妖）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[60] 京城镇妖塔首饰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63–64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倩女幽魂套（登明/河魁/津梁/天都）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[63] 经久首饰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65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[63] 经久武器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黑松观套（九壬/金帝/真机/雍和）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[65] 大力金刚高级首饰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67–68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渔盆套（天奉/龙吟/紫霄/玉枢）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[68–72] 水下兑换首饰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70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[70] 海底声望武器 / 经久武器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[70] 镇妖塔套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[70] 茅山镇妖塔首饰【精】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73–74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黄陵地宫套（鲲鹏/黑虎/悲悯/法相）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[70] 经久首饰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75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[75] 黑焰弑妖剑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亮金套</w:t>
            </w:r>
            <w:r>
              <w:rPr>
                <w:rFonts w:ascii="微软雅黑" w:hAnsi="微软雅黑" w:eastAsia="微软雅黑"/>
                <w:sz w:val="18"/>
              </w:rPr>
              <w:t>（龙鳞/虎印/玄纹/凤羽）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[75] 镇御堂首饰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80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[80] 仙剑碎片 / 龙王鲨武器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[80] 十方劫套</w:t>
            </w:r>
            <w:r>
              <w:rPr>
                <w:rFonts w:ascii="微软雅黑" w:hAnsi="微软雅黑" w:eastAsia="微软雅黑"/>
                <w:sz w:val="18"/>
              </w:rPr>
              <w:t>（战魂/断魂/炼魂/摄魂）或挑战魔尊八派套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[80] 挑战魔尊首饰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85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[85] 碧萝仙府武器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碧萝仙府套</w:t>
            </w:r>
            <w:r>
              <w:rPr>
                <w:rFonts w:ascii="微软雅黑" w:hAnsi="微软雅黑" w:eastAsia="微软雅黑"/>
                <w:sz w:val="18"/>
              </w:rPr>
              <w:t>（锦鲤/青鲤/绿鲤/蓝鲤）或 85 亮金稀有套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[85] 镇御堂首饰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90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[90] 四大仙剑</w:t>
            </w:r>
            <w:r>
              <w:rPr>
                <w:rFonts w:ascii="微软雅黑" w:hAnsi="微软雅黑" w:eastAsia="微软雅黑"/>
                <w:sz w:val="18"/>
              </w:rPr>
              <w:t>（可强化）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[90] 镇妖塔套</w:t>
            </w:r>
            <w:r>
              <w:rPr>
                <w:rFonts w:ascii="微软雅黑" w:hAnsi="微软雅黑" w:eastAsia="微软雅黑"/>
                <w:sz w:val="18"/>
              </w:rPr>
              <w:t xml:space="preserve"> 或 【强力】十方劫套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[90] 通天河镇妖塔首饰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94–95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[94] 灵谷武器 / [95] 宸虎观武器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轮回道套 / 宸虎道观套 / 【强力】宸虎套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[95] 白骨洞首饰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98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[98] 魂魄劫武器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龙子霸下套 / 传奇龙骧套 / 传奇镇妖塔套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[98] 魂魄劫首饰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100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[100] 传奇仙魔武器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凤麟套（锁镇山河/吉光骋锐/森罗罔象/浮槎日月）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[100] 镇御堂/姻缘首饰</w:t>
            </w:r>
          </w:p>
        </w:tc>
      </w:tr>
    </w:tbl>
    <w:p/>
    <w:p>
      <w:pPr>
        <w:ind w:left="283"/>
      </w:pPr>
      <w:r>
        <w:rPr>
          <w:rFonts w:ascii="微软雅黑" w:hAnsi="微软雅黑" w:eastAsia="微软雅黑"/>
          <w:i/>
          <w:color w:val="666666"/>
          <w:sz w:val="19"/>
        </w:rPr>
        <w:t>记住一句话：</w:t>
      </w:r>
      <w:r>
        <w:rPr>
          <w:rFonts w:ascii="微软雅黑" w:hAnsi="微软雅黑" w:eastAsia="微软雅黑"/>
          <w:b/>
          <w:i/>
          <w:color w:val="666666"/>
          <w:sz w:val="19"/>
        </w:rPr>
        <w:t>每 5–10 级换一次套装，优先穿"当前等级段推荐套装"，不要一件件散搭</w:t>
      </w:r>
      <w:r>
        <w:rPr>
          <w:rFonts w:ascii="微软雅黑" w:hAnsi="微软雅黑" w:eastAsia="微软雅黑"/>
          <w:i/>
          <w:color w:val="666666"/>
          <w:sz w:val="19"/>
        </w:rPr>
        <w:t>。套装属性是白送的。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5.4 强化：90 级以后才认真弄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位置</w:t>
      </w:r>
      <w:r>
        <w:rPr>
          <w:rFonts w:ascii="微软雅黑" w:hAnsi="微软雅黑" w:eastAsia="微软雅黑"/>
          <w:sz w:val="21"/>
        </w:rPr>
        <w:t>：包裹 → 打造 → 武器强化（90 级做完洪游轩的任务才开）。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规则</w:t>
      </w:r>
      <w:r>
        <w:rPr>
          <w:rFonts w:ascii="微软雅黑" w:hAnsi="微软雅黑" w:eastAsia="微软雅黑"/>
          <w:sz w:val="21"/>
        </w:rPr>
        <w:t>：只对"可强化"的武器生效；消耗绑定金 + 凝气石（凝气石越多成功率越高）。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关键点</w:t>
      </w:r>
      <w:r>
        <w:rPr>
          <w:rFonts w:ascii="微软雅黑" w:hAnsi="微软雅黑" w:eastAsia="微软雅黑"/>
          <w:sz w:val="21"/>
        </w:rPr>
        <w:t>：</w:t>
      </w:r>
      <w:r>
        <w:rPr>
          <w:rFonts w:ascii="微软雅黑" w:hAnsi="微软雅黑" w:eastAsia="微软雅黑"/>
          <w:b/>
          <w:sz w:val="21"/>
        </w:rPr>
        <w:t>失败不会掉级、不会碎武器</w:t>
      </w:r>
      <w:r>
        <w:rPr>
          <w:rFonts w:ascii="微软雅黑" w:hAnsi="微软雅黑" w:eastAsia="微软雅黑"/>
          <w:sz w:val="21"/>
        </w:rPr>
        <w:t>，只返还一部分材料。所以不用怕，有多少资源冲多少。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等级</w:t>
      </w:r>
      <w:r>
        <w:rPr>
          <w:rFonts w:ascii="微软雅黑" w:hAnsi="微软雅黑" w:eastAsia="微软雅黑"/>
          <w:sz w:val="21"/>
        </w:rPr>
        <w:t xml:space="preserve">：+1 到 +20；+20 成功率 5%，是给土豪/肝帝的。普通玩家 </w:t>
      </w:r>
      <w:r>
        <w:rPr>
          <w:rFonts w:ascii="微软雅黑" w:hAnsi="微软雅黑" w:eastAsia="微软雅黑"/>
          <w:b/>
          <w:sz w:val="21"/>
        </w:rPr>
        <w:t>+8 ~ +10 性价比最高</w:t>
      </w:r>
      <w:r>
        <w:rPr>
          <w:rFonts w:ascii="微软雅黑" w:hAnsi="微软雅黑" w:eastAsia="微软雅黑"/>
          <w:sz w:val="21"/>
        </w:rPr>
        <w:t>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+20 以后</w:t>
      </w:r>
      <w:r>
        <w:rPr>
          <w:rFonts w:ascii="微软雅黑" w:hAnsi="微软雅黑" w:eastAsia="微软雅黑"/>
          <w:sz w:val="21"/>
        </w:rPr>
        <w:t>：可以"突破"到 21–30，需要聚形石，以及"祥云聚灵"（7 天一次，提高成功率上限）。这一段属于毕业内容。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优先级</w:t>
      </w:r>
      <w:r>
        <w:rPr>
          <w:rFonts w:ascii="微软雅黑" w:hAnsi="微软雅黑" w:eastAsia="微软雅黑"/>
          <w:sz w:val="21"/>
        </w:rPr>
        <w:t>：★★★★☆（90 级后必做，但别在 90 前浪费资源）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5.5 法宝：从 5 级陪你到满级的"第二把武器"</w:t>
      </w:r>
    </w:p>
    <w:p>
      <w:pPr>
        <w:spacing w:after="80"/>
      </w:pPr>
      <w:r>
        <w:rPr>
          <w:rFonts w:ascii="微软雅黑" w:hAnsi="微软雅黑" w:eastAsia="微软雅黑"/>
          <w:b/>
          <w:sz w:val="21"/>
        </w:rPr>
        <w:t>怎么获得</w:t>
      </w:r>
      <w:r>
        <w:rPr>
          <w:rFonts w:ascii="微软雅黑" w:hAnsi="微软雅黑" w:eastAsia="微软雅黑"/>
          <w:sz w:val="21"/>
        </w:rPr>
        <w:t>：主线/职业任务会给；各地"炼宝道人"可以炼化、升阶、提升品质；副本和活动也会掉更高级的法宝。</w:t>
      </w:r>
    </w:p>
    <w:p>
      <w:pPr>
        <w:spacing w:after="80"/>
      </w:pPr>
      <w:r>
        <w:rPr>
          <w:rFonts w:ascii="微软雅黑" w:hAnsi="微软雅黑" w:eastAsia="微软雅黑"/>
          <w:b/>
          <w:sz w:val="21"/>
        </w:rPr>
        <w:t>怎么玩：</w:t>
      </w:r>
    </w:p>
    <w:p>
      <w:pPr>
        <w:pStyle w:val="ListNumber"/>
      </w:pPr>
      <w:r>
        <w:rPr>
          <w:rFonts w:ascii="微软雅黑" w:hAnsi="微软雅黑" w:eastAsia="微软雅黑"/>
          <w:sz w:val="21"/>
        </w:rPr>
        <w:t>创建角色就带本命法宝；5–9 级换成第一代有名法宝（金刚=泰山石敢当、罗刹=群鬼画卷、驭剑=承星剑匣、奇门=元亨利贞、控火=藤葫芦、掌电=八卦镜、天君=玄黄幡、幽冥=清心铃）。</w:t>
      </w:r>
    </w:p>
    <w:p>
      <w:pPr>
        <w:pStyle w:val="ListNumber"/>
      </w:pPr>
      <w:r>
        <w:rPr>
          <w:rFonts w:ascii="微软雅黑" w:hAnsi="微软雅黑" w:eastAsia="微软雅黑"/>
          <w:sz w:val="21"/>
        </w:rPr>
        <w:t xml:space="preserve">法宝有 </w:t>
      </w:r>
      <w:r>
        <w:rPr>
          <w:rFonts w:ascii="微软雅黑" w:hAnsi="微软雅黑" w:eastAsia="微软雅黑"/>
          <w:b/>
          <w:sz w:val="21"/>
        </w:rPr>
        <w:t>4 个阶</w:t>
      </w:r>
      <w:r>
        <w:rPr>
          <w:rFonts w:ascii="微软雅黑" w:hAnsi="微软雅黑" w:eastAsia="微软雅黑"/>
          <w:sz w:val="21"/>
        </w:rPr>
        <w:t>：1 阶（10/20/30 级）、2 阶（40/50/60）、3 阶（60/70/80）、4 阶（80/90/100）。每一阶都有本职业专属的名字，比如驭剑：罗喉剑匣 → 紫炁剑匣 → 朱青双剑 → 翰化神剑 → 玄戈剑匣 → 冲和剑匣 → 太乙双剑 → 高元剑匣 → 苍灵剑匣 → 淩光神剑 → 天一北落剑。</w:t>
      </w:r>
    </w:p>
    <w:p>
      <w:pPr>
        <w:pStyle w:val="ListNumber"/>
      </w:pPr>
      <w:r>
        <w:rPr>
          <w:rFonts w:ascii="微软雅黑" w:hAnsi="微软雅黑" w:eastAsia="微软雅黑"/>
          <w:sz w:val="21"/>
        </w:rPr>
        <w:t xml:space="preserve">法宝有 </w:t>
      </w:r>
      <w:r>
        <w:rPr>
          <w:rFonts w:ascii="微软雅黑" w:hAnsi="微软雅黑" w:eastAsia="微软雅黑"/>
          <w:b/>
          <w:sz w:val="21"/>
        </w:rPr>
        <w:t>3 个品质</w:t>
      </w:r>
      <w:r>
        <w:rPr>
          <w:rFonts w:ascii="微软雅黑" w:hAnsi="微软雅黑" w:eastAsia="微软雅黑"/>
          <w:sz w:val="21"/>
        </w:rPr>
        <w:t xml:space="preserve">：普通 → </w:t>
      </w:r>
      <w:r>
        <w:rPr>
          <w:rFonts w:ascii="微软雅黑" w:hAnsi="微软雅黑" w:eastAsia="微软雅黑"/>
          <w:b/>
          <w:sz w:val="21"/>
        </w:rPr>
        <w:t>地煞</w:t>
      </w:r>
      <w:r>
        <w:rPr>
          <w:rFonts w:ascii="微软雅黑" w:hAnsi="微软雅黑" w:eastAsia="微软雅黑"/>
          <w:sz w:val="21"/>
        </w:rPr>
        <w:t xml:space="preserve"> → </w:t>
      </w:r>
      <w:r>
        <w:rPr>
          <w:rFonts w:ascii="微软雅黑" w:hAnsi="微软雅黑" w:eastAsia="微软雅黑"/>
          <w:b/>
          <w:sz w:val="21"/>
        </w:rPr>
        <w:t>天罡</w:t>
      </w:r>
      <w:r>
        <w:rPr>
          <w:rFonts w:ascii="微软雅黑" w:hAnsi="微软雅黑" w:eastAsia="微软雅黑"/>
          <w:sz w:val="21"/>
        </w:rPr>
        <w:t>（"地煞之XX""天罡之XX"）。品质越高，能力点上限越高、增强条目越多、技能效果越强。</w:t>
      </w:r>
    </w:p>
    <w:p>
      <w:pPr>
        <w:pStyle w:val="ListNumber"/>
      </w:pPr>
      <w:r>
        <w:rPr>
          <w:rFonts w:ascii="微软雅黑" w:hAnsi="微软雅黑" w:eastAsia="微软雅黑"/>
          <w:sz w:val="21"/>
        </w:rPr>
        <w:t>法宝的成长有 6 条线：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- </w:t>
      </w:r>
      <w:r>
        <w:rPr>
          <w:rFonts w:ascii="微软雅黑" w:hAnsi="微软雅黑" w:eastAsia="微软雅黑"/>
          <w:b/>
          <w:sz w:val="21"/>
        </w:rPr>
        <w:t>升级</w:t>
      </w:r>
      <w:r>
        <w:rPr>
          <w:rFonts w:ascii="微软雅黑" w:hAnsi="微软雅黑" w:eastAsia="微软雅黑"/>
          <w:sz w:val="21"/>
        </w:rPr>
        <w:t>：靠"熟练度"，打怪/用技能都会涨。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- </w:t>
      </w:r>
      <w:r>
        <w:rPr>
          <w:rFonts w:ascii="微软雅黑" w:hAnsi="微软雅黑" w:eastAsia="微软雅黑"/>
          <w:b/>
          <w:sz w:val="21"/>
        </w:rPr>
        <w:t>强化</w:t>
      </w:r>
      <w:r>
        <w:rPr>
          <w:rFonts w:ascii="微软雅黑" w:hAnsi="微软雅黑" w:eastAsia="微软雅黑"/>
          <w:sz w:val="21"/>
        </w:rPr>
        <w:t>：消耗材料提升法宝等级。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- </w:t>
      </w:r>
      <w:r>
        <w:rPr>
          <w:rFonts w:ascii="微软雅黑" w:hAnsi="微软雅黑" w:eastAsia="微软雅黑"/>
          <w:b/>
          <w:sz w:val="21"/>
        </w:rPr>
        <w:t>升阶</w:t>
      </w:r>
      <w:r>
        <w:rPr>
          <w:rFonts w:ascii="微软雅黑" w:hAnsi="微软雅黑" w:eastAsia="微软雅黑"/>
          <w:sz w:val="21"/>
        </w:rPr>
        <w:t>：到等级上限后升下一阶，换更强的法宝。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- </w:t>
      </w:r>
      <w:r>
        <w:rPr>
          <w:rFonts w:ascii="微软雅黑" w:hAnsi="微软雅黑" w:eastAsia="微软雅黑"/>
          <w:b/>
          <w:sz w:val="21"/>
        </w:rPr>
        <w:t>品质提升</w:t>
      </w:r>
      <w:r>
        <w:rPr>
          <w:rFonts w:ascii="微软雅黑" w:hAnsi="微软雅黑" w:eastAsia="微软雅黑"/>
          <w:sz w:val="21"/>
        </w:rPr>
        <w:t>：普通→地煞→天罡。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- </w:t>
      </w:r>
      <w:r>
        <w:rPr>
          <w:rFonts w:ascii="微软雅黑" w:hAnsi="微软雅黑" w:eastAsia="微软雅黑"/>
          <w:b/>
          <w:sz w:val="21"/>
        </w:rPr>
        <w:t>天赋树</w:t>
      </w:r>
      <w:r>
        <w:rPr>
          <w:rFonts w:ascii="微软雅黑" w:hAnsi="微软雅黑" w:eastAsia="微软雅黑"/>
          <w:sz w:val="21"/>
        </w:rPr>
        <w:t>：每系法宝都有自己的天赋树（普/珍两套），培养越深，天赋等级上限越高（最高能到 65 级）。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- </w:t>
      </w:r>
      <w:r>
        <w:rPr>
          <w:rFonts w:ascii="微软雅黑" w:hAnsi="微软雅黑" w:eastAsia="微软雅黑"/>
          <w:b/>
          <w:sz w:val="21"/>
        </w:rPr>
        <w:t>技能融合</w:t>
      </w:r>
      <w:r>
        <w:rPr>
          <w:rFonts w:ascii="微软雅黑" w:hAnsi="微软雅黑" w:eastAsia="微软雅黑"/>
          <w:sz w:val="21"/>
        </w:rPr>
        <w:t>：把别的技能融进法宝（`talisman_make` 的"技能融合"）。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- </w:t>
      </w:r>
      <w:r>
        <w:rPr>
          <w:rFonts w:ascii="微软雅黑" w:hAnsi="微软雅黑" w:eastAsia="微软雅黑"/>
          <w:b/>
          <w:sz w:val="21"/>
        </w:rPr>
        <w:t>镶嵌</w:t>
      </w:r>
      <w:r>
        <w:rPr>
          <w:rFonts w:ascii="微软雅黑" w:hAnsi="微软雅黑" w:eastAsia="微软雅黑"/>
          <w:sz w:val="21"/>
        </w:rPr>
        <w:t>：镶"融宝结晶"。</w:t>
      </w:r>
    </w:p>
    <w:p>
      <w:pPr>
        <w:spacing w:after="80"/>
      </w:pPr>
      <w:r>
        <w:rPr>
          <w:rFonts w:ascii="微软雅黑" w:hAnsi="微软雅黑" w:eastAsia="微软雅黑"/>
          <w:b/>
          <w:sz w:val="21"/>
        </w:rPr>
        <w:t>有什么用</w:t>
      </w:r>
      <w:r>
        <w:rPr>
          <w:rFonts w:ascii="微软雅黑" w:hAnsi="微软雅黑" w:eastAsia="微软雅黑"/>
          <w:sz w:val="21"/>
        </w:rPr>
        <w:t>：法宝是你最稳定的战力来源之一，而且有</w:t>
      </w:r>
      <w:r>
        <w:rPr>
          <w:rFonts w:ascii="微软雅黑" w:hAnsi="微软雅黑" w:eastAsia="微软雅黑"/>
          <w:b/>
          <w:sz w:val="21"/>
        </w:rPr>
        <w:t>独立的法宝栏（快捷键 T）</w:t>
      </w:r>
      <w:r>
        <w:rPr>
          <w:rFonts w:ascii="微软雅黑" w:hAnsi="微软雅黑" w:eastAsia="微软雅黑"/>
          <w:sz w:val="21"/>
        </w:rPr>
        <w:t>，不跟武器/防具抢位置，等于白送一套属性 + 技能。</w:t>
      </w:r>
    </w:p>
    <w:p>
      <w:pPr>
        <w:spacing w:after="80"/>
      </w:pPr>
      <w:r>
        <w:rPr>
          <w:rFonts w:ascii="微软雅黑" w:hAnsi="微软雅黑" w:eastAsia="微软雅黑"/>
          <w:b/>
          <w:sz w:val="21"/>
        </w:rPr>
        <w:t>优先级</w:t>
      </w:r>
      <w:r>
        <w:rPr>
          <w:rFonts w:ascii="微软雅黑" w:hAnsi="微软雅黑" w:eastAsia="微软雅黑"/>
          <w:sz w:val="21"/>
        </w:rPr>
        <w:t>：★★★★★（从 5 级就要开始养，别等满级才想起来）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5.6 灵宝：80 级后的"第二法宝"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怎么玩</w:t>
      </w:r>
      <w:r>
        <w:rPr>
          <w:rFonts w:ascii="微软雅黑" w:hAnsi="微软雅黑" w:eastAsia="微软雅黑"/>
          <w:sz w:val="21"/>
        </w:rPr>
        <w:t xml:space="preserve">：80 级后装备在"宝物"栏。灵宝有 </w:t>
      </w:r>
      <w:r>
        <w:rPr>
          <w:rFonts w:ascii="微软雅黑" w:hAnsi="微软雅黑" w:eastAsia="微软雅黑"/>
          <w:b/>
          <w:sz w:val="21"/>
        </w:rPr>
        <w:t>5 种</w:t>
      </w:r>
      <w:r>
        <w:rPr>
          <w:rFonts w:ascii="微软雅黑" w:hAnsi="微软雅黑" w:eastAsia="微软雅黑"/>
          <w:sz w:val="21"/>
        </w:rPr>
        <w:t>：玲珑塔（80 级）、青风剑/旋火扇/神火罩/混元伞（90 级）；100 级还有"灵·"版本。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成长</w:t>
      </w:r>
      <w:r>
        <w:rPr>
          <w:rFonts w:ascii="微软雅黑" w:hAnsi="微软雅黑" w:eastAsia="微软雅黑"/>
          <w:sz w:val="21"/>
        </w:rPr>
        <w:t xml:space="preserve">：打怪/用技能攒"修炼值"→ 升星（最高 </w:t>
      </w:r>
      <w:r>
        <w:rPr>
          <w:rFonts w:ascii="微软雅黑" w:hAnsi="微软雅黑" w:eastAsia="微软雅黑"/>
          <w:b/>
          <w:sz w:val="21"/>
        </w:rPr>
        <w:t>9 星</w:t>
      </w:r>
      <w:r>
        <w:rPr>
          <w:rFonts w:ascii="微软雅黑" w:hAnsi="微软雅黑" w:eastAsia="微软雅黑"/>
          <w:sz w:val="21"/>
        </w:rPr>
        <w:t>）→ 9 星满了可以</w:t>
      </w:r>
      <w:r>
        <w:rPr>
          <w:rFonts w:ascii="微软雅黑" w:hAnsi="微软雅黑" w:eastAsia="微软雅黑"/>
          <w:b/>
          <w:sz w:val="21"/>
        </w:rPr>
        <w:t>升阶</w:t>
      </w:r>
      <w:r>
        <w:rPr>
          <w:rFonts w:ascii="微软雅黑" w:hAnsi="微软雅黑" w:eastAsia="微软雅黑"/>
          <w:sz w:val="21"/>
        </w:rPr>
        <w:t>（上品→精品）→ 升阶后重新升星，并保留已学的"灵宝仙诀"。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灵宝仙诀</w:t>
      </w:r>
      <w:r>
        <w:rPr>
          <w:rFonts w:ascii="微软雅黑" w:hAnsi="微软雅黑" w:eastAsia="微软雅黑"/>
          <w:sz w:val="21"/>
        </w:rPr>
        <w:t>：相当于灵宝的被动技能，升星过程中有几率领悟；还能加"灵宝仙诀技能栏"。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有什么用</w:t>
      </w:r>
      <w:r>
        <w:rPr>
          <w:rFonts w:ascii="微软雅黑" w:hAnsi="微软雅黑" w:eastAsia="微软雅黑"/>
          <w:sz w:val="21"/>
        </w:rPr>
        <w:t>：灵宝仙术</w:t>
      </w:r>
      <w:r>
        <w:rPr>
          <w:rFonts w:ascii="微软雅黑" w:hAnsi="微软雅黑" w:eastAsia="微软雅黑"/>
          <w:b/>
          <w:sz w:val="21"/>
        </w:rPr>
        <w:t>无视物防和法抗</w:t>
      </w:r>
      <w:r>
        <w:rPr>
          <w:rFonts w:ascii="微软雅黑" w:hAnsi="微软雅黑" w:eastAsia="微软雅黑"/>
          <w:sz w:val="21"/>
        </w:rPr>
        <w:t>，灵宝结界还能吸收大量伤害，是 80 级后打 BOSS/打架的核心。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优先级</w:t>
      </w:r>
      <w:r>
        <w:rPr>
          <w:rFonts w:ascii="微软雅黑" w:hAnsi="微软雅黑" w:eastAsia="微软雅黑"/>
          <w:sz w:val="21"/>
        </w:rPr>
        <w:t>：★★★★★（80 级必做，越早开始升星越好）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5.7 宝石、卦象：时装上的"隐藏属性"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这里容易搞混，分两种：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法宝宝石</w:t>
      </w:r>
      <w:r>
        <w:rPr>
          <w:rFonts w:ascii="微软雅黑" w:hAnsi="微软雅黑" w:eastAsia="微软雅黑"/>
          <w:sz w:val="21"/>
        </w:rPr>
        <w:t>（物品类型 6/7/8/17）：用于</w:t>
      </w:r>
      <w:r>
        <w:rPr>
          <w:rFonts w:ascii="微软雅黑" w:hAnsi="微软雅黑" w:eastAsia="微软雅黑"/>
          <w:b/>
          <w:sz w:val="21"/>
        </w:rPr>
        <w:t>法宝炼化</w:t>
      </w:r>
      <w:r>
        <w:rPr>
          <w:rFonts w:ascii="微软雅黑" w:hAnsi="微软雅黑" w:eastAsia="微软雅黑"/>
          <w:sz w:val="21"/>
        </w:rPr>
        <w:t>，镶在法宝上，提升法宝属性/技能。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八卦灵石/卦象石</w:t>
      </w:r>
      <w:r>
        <w:rPr>
          <w:rFonts w:ascii="微软雅黑" w:hAnsi="微软雅黑" w:eastAsia="微软雅黑"/>
          <w:sz w:val="21"/>
        </w:rPr>
        <w:t>（物品类型 13）：用于</w:t>
      </w:r>
      <w:r>
        <w:rPr>
          <w:rFonts w:ascii="微软雅黑" w:hAnsi="微软雅黑" w:eastAsia="微软雅黑"/>
          <w:b/>
          <w:sz w:val="21"/>
        </w:rPr>
        <w:t>自定义装备（时装）</w:t>
      </w:r>
      <w:r>
        <w:rPr>
          <w:rFonts w:ascii="微软雅黑" w:hAnsi="微软雅黑" w:eastAsia="微软雅黑"/>
          <w:sz w:val="21"/>
        </w:rPr>
        <w:t>，给时装打"卦象"。八卦是：乾、坤、震、巽、坎、离、艮、兑（+ 涣、恒）。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- 每件时装可以点化一个卦象，</w:t>
      </w:r>
      <w:r>
        <w:rPr>
          <w:rFonts w:ascii="微软雅黑" w:hAnsi="微软雅黑" w:eastAsia="微软雅黑"/>
          <w:b/>
          <w:sz w:val="21"/>
        </w:rPr>
        <w:t>8 件同卦象</w:t>
      </w:r>
      <w:r>
        <w:rPr>
          <w:rFonts w:ascii="微软雅黑" w:hAnsi="微软雅黑" w:eastAsia="微软雅黑"/>
          <w:sz w:val="21"/>
        </w:rPr>
        <w:t>会激活隐藏状态（比如全乾=至阳之象、全兑=大吉大利、全离=南明离火、全震=震惊百里……）。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- 卦象石有星级和品质（无瑕为 1），可以合成、淬炼成"璀璨宝石"。</w:t>
      </w:r>
    </w:p>
    <w:p>
      <w:pPr>
        <w:spacing w:after="80"/>
      </w:pPr>
      <w:r>
        <w:rPr>
          <w:rFonts w:ascii="微软雅黑" w:hAnsi="微软雅黑" w:eastAsia="微软雅黑"/>
          <w:b/>
          <w:sz w:val="21"/>
        </w:rPr>
        <w:t>优先级</w:t>
      </w:r>
      <w:r>
        <w:rPr>
          <w:rFonts w:ascii="微软雅黑" w:hAnsi="微软雅黑" w:eastAsia="微软雅黑"/>
          <w:sz w:val="21"/>
        </w:rPr>
        <w:t>：★★★（时装本身是外观，但卦象凑齐了属性很可观；不着急，慢慢攒）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5.8 附魔：给装备"洗"一条属性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有三种，别搞混：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379"/>
        <w:gridCol w:w="2379"/>
        <w:gridCol w:w="2379"/>
        <w:gridCol w:w="2379"/>
      </w:tblGrid>
      <w:tr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类型</w:t>
            </w:r>
          </w:p>
        </w:tc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对象</w:t>
            </w:r>
          </w:p>
        </w:tc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怎么玩</w:t>
            </w:r>
          </w:p>
        </w:tc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优先级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装备附魔（符纸）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武器/其他装备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门派出售附魔符纸，消耗</w:t>
            </w:r>
            <w:r>
              <w:rPr>
                <w:rFonts w:ascii="微软雅黑" w:hAnsi="微软雅黑" w:eastAsia="微软雅黑"/>
                <w:b/>
                <w:sz w:val="18"/>
              </w:rPr>
              <w:t>门派贡献 + 流通金</w:t>
            </w:r>
            <w:r>
              <w:rPr>
                <w:rFonts w:ascii="微软雅黑" w:hAnsi="微软雅黑" w:eastAsia="微软雅黑"/>
                <w:sz w:val="18"/>
              </w:rPr>
              <w:t>；部分符纸要研究门派科技才能买。买到低级符纸可以合成高级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时装附魔诀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时装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一级/二级/三级时装附魔诀，附魔属性是"转化"类（比如"聚力筑基诀：把一定比例力量转化为体魄"），转化比例 3%~18%（等级越高、品质越好比例越高）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配饰附魔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时装：配饰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1–4 级配饰分别能附 1–4 条属性；符纸分普通/中级/高级/稀有/极品 5 档；4 级配饰+4 级极品符纸是毕业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★★★★</w:t>
            </w:r>
          </w:p>
        </w:tc>
      </w:tr>
    </w:tbl>
    <w:p/>
    <w:p>
      <w:pPr>
        <w:spacing w:after="80"/>
      </w:pPr>
      <w:r>
        <w:rPr>
          <w:rFonts w:ascii="微软雅黑" w:hAnsi="微软雅黑" w:eastAsia="微软雅黑"/>
          <w:b/>
          <w:sz w:val="21"/>
        </w:rPr>
        <w:t>附魔属性怎么选</w:t>
      </w:r>
      <w:r>
        <w:rPr>
          <w:rFonts w:ascii="微软雅黑" w:hAnsi="微软雅黑" w:eastAsia="微软雅黑"/>
          <w:sz w:val="21"/>
        </w:rPr>
        <w:t>：输出优先"攻击/法效/会心/忽略防御"，坦克优先"防御/法抗/生命/抵抗会心"，治疗优先"法效/生命/回蓝"。别乱选，附魔符纸不便宜。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5.9 套装：白送的属性，别散搭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低级套装：锐金（攻击）、玄水（防御）、青木/朱焰（法效）——3 件套。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中期套装：苍狼、黄风、邪灵、百邪、青萍、风火、六甲、六丁……——2 件套。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高级套装：斩鬼/除魔/镇魂/降妖（60/70/80/90/98 都有）、十方劫（战魂/断魂/炼魂/摄魂）、白虎/玄武/青龙/朱雀（8 件套）、龙鳞/虎印/玄纹/凤羽（亮金）、龙子霸下、传奇龙骧、凤麟（100）。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规则</w:t>
      </w:r>
      <w:r>
        <w:rPr>
          <w:rFonts w:ascii="微软雅黑" w:hAnsi="微软雅黑" w:eastAsia="微软雅黑"/>
          <w:sz w:val="21"/>
        </w:rPr>
        <w:t>：套装属性要"集齐指定件数"才激活，2 件/3 件/5 件/8 件各有不同。</w:t>
      </w:r>
      <w:r>
        <w:rPr>
          <w:rFonts w:ascii="微软雅黑" w:hAnsi="微软雅黑" w:eastAsia="微软雅黑"/>
          <w:b/>
          <w:sz w:val="21"/>
        </w:rPr>
        <w:t>优先凑套装件数，再考虑单件品质</w:t>
      </w:r>
      <w:r>
        <w:rPr>
          <w:rFonts w:ascii="微软雅黑" w:hAnsi="微软雅黑" w:eastAsia="微软雅黑"/>
          <w:sz w:val="21"/>
        </w:rPr>
        <w:t>。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5.10 战力优先级（很重要，别把资源撒胡椒面）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从"花同样的钱/时间，战力涨得最多"排序：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等级</w:t>
      </w:r>
      <w:r>
        <w:rPr>
          <w:rFonts w:ascii="微软雅黑" w:hAnsi="微软雅黑" w:eastAsia="微软雅黑"/>
          <w:sz w:val="21"/>
        </w:rPr>
        <w:t>（门槛，不到级什么都穿不上）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武器强化 + 法宝</w:t>
      </w:r>
      <w:r>
        <w:rPr>
          <w:rFonts w:ascii="微软雅黑" w:hAnsi="微软雅黑" w:eastAsia="微软雅黑"/>
          <w:sz w:val="21"/>
        </w:rPr>
        <w:t>（两个最直接的大头）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当前等级段的套装</w:t>
      </w:r>
      <w:r>
        <w:rPr>
          <w:rFonts w:ascii="微软雅黑" w:hAnsi="微软雅黑" w:eastAsia="微软雅黑"/>
          <w:sz w:val="21"/>
        </w:rPr>
        <w:t>（白送属性，优先凑齐）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灵宝（80+）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宝石/卦象、附魔</w:t>
      </w:r>
      <w:r>
        <w:rPr>
          <w:rFonts w:ascii="微软雅黑" w:hAnsi="微软雅黑" w:eastAsia="微软雅黑"/>
          <w:sz w:val="21"/>
        </w:rPr>
        <w:t>（细水长流）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时装外观</w:t>
      </w:r>
      <w:r>
        <w:rPr>
          <w:rFonts w:ascii="微软雅黑" w:hAnsi="微软雅黑" w:eastAsia="微软雅黑"/>
          <w:sz w:val="21"/>
        </w:rPr>
        <w:t>（最后再说）</w:t>
      </w:r>
    </w:p>
    <w:p>
      <w:pPr>
        <w:ind w:left="283"/>
      </w:pPr>
      <w:r>
        <w:rPr>
          <w:rFonts w:ascii="微软雅黑" w:hAnsi="微软雅黑" w:eastAsia="微软雅黑"/>
          <w:i/>
          <w:color w:val="666666"/>
          <w:sz w:val="19"/>
        </w:rPr>
        <w:t>一句话：</w:t>
      </w:r>
      <w:r>
        <w:rPr>
          <w:rFonts w:ascii="微软雅黑" w:hAnsi="微软雅黑" w:eastAsia="微软雅黑"/>
          <w:b/>
          <w:i/>
          <w:color w:val="666666"/>
          <w:sz w:val="19"/>
        </w:rPr>
        <w:t>先把等级、武器、法宝、套装弄好，再考虑时装和外观。</w:t>
      </w:r>
    </w:p>
    <w:p>
      <w:r>
        <w:br w:type="page"/>
      </w:r>
    </w:p>
    <w:p>
      <w:pPr>
        <w:pStyle w:val="Heading1"/>
      </w:pPr>
      <w:r>
        <w:rPr>
          <w:rFonts w:ascii="微软雅黑" w:hAnsi="微软雅黑" w:eastAsia="微软雅黑"/>
          <w:color w:val="1F3A5F"/>
          <w:sz w:val="30"/>
        </w:rPr>
        <w:t>6. 宠物 / 坐骑 / 侍宠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6.1 先分清三个东西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379"/>
        <w:gridCol w:w="2379"/>
        <w:gridCol w:w="2379"/>
        <w:gridCol w:w="2379"/>
      </w:tblGrid>
      <w:tr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名词</w:t>
            </w:r>
          </w:p>
        </w:tc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是什么</w:t>
            </w:r>
          </w:p>
        </w:tc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能不能打架</w:t>
            </w:r>
          </w:p>
        </w:tc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主要作用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侍宠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召唤出来跟在身边的宠物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能（召唤后帮你打）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它的基础属性会转化叠加到你身上</w:t>
            </w:r>
            <w:r>
              <w:rPr>
                <w:rFonts w:ascii="微软雅黑" w:hAnsi="微软雅黑" w:eastAsia="微软雅黑"/>
                <w:sz w:val="18"/>
              </w:rPr>
              <w:t>；天生会自动引路；还能摆摊、辅助生活技能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骑宠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坐骑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能骑、能打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 xml:space="preserve">跑图 + 战斗 + </w:t>
            </w:r>
            <w:r>
              <w:rPr>
                <w:rFonts w:ascii="微软雅黑" w:hAnsi="微软雅黑" w:eastAsia="微软雅黑"/>
                <w:b/>
                <w:sz w:val="18"/>
              </w:rPr>
              <w:t>骑宠光环</w:t>
            </w:r>
            <w:r>
              <w:rPr>
                <w:rFonts w:ascii="微软雅黑" w:hAnsi="微软雅黑" w:eastAsia="微软雅黑"/>
                <w:sz w:val="18"/>
              </w:rPr>
              <w:t>（给主人加属性）+ 骑宠技能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宠物蛋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未鉴定的蛋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孵化出侍宠/骑宠，品质看脸</w:t>
            </w:r>
          </w:p>
        </w:tc>
      </w:tr>
    </w:tbl>
    <w:p/>
    <w:p>
      <w:pPr>
        <w:ind w:left="283"/>
      </w:pPr>
      <w:r>
        <w:rPr>
          <w:rFonts w:ascii="微软雅黑" w:hAnsi="微软雅黑" w:eastAsia="微软雅黑"/>
          <w:i/>
          <w:color w:val="666666"/>
          <w:sz w:val="19"/>
        </w:rPr>
        <w:t>侍宠是"能打 + 能加属性"的：召唤出来它会帮你攻击目标，同时它的基础能力值会转化叠加到你身上（help_text 607）。所以侍宠既是小战力，也是"属性挂件"，还自带自动引路和摆摊。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6.2 怎么获得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任务</w:t>
      </w:r>
      <w:r>
        <w:rPr>
          <w:rFonts w:ascii="微软雅黑" w:hAnsi="微软雅黑" w:eastAsia="微软雅黑"/>
          <w:sz w:val="21"/>
        </w:rPr>
        <w:t>：10 级【宠物】任务链送</w:t>
      </w:r>
      <w:r>
        <w:rPr>
          <w:rFonts w:ascii="微软雅黑" w:hAnsi="微软雅黑" w:eastAsia="微软雅黑"/>
          <w:b/>
          <w:sz w:val="21"/>
        </w:rPr>
        <w:t>小毛驴</w:t>
      </w:r>
      <w:r>
        <w:rPr>
          <w:rFonts w:ascii="微软雅黑" w:hAnsi="微软雅黑" w:eastAsia="微软雅黑"/>
          <w:sz w:val="21"/>
        </w:rPr>
        <w:t xml:space="preserve">（骑宠）+ </w:t>
      </w:r>
      <w:r>
        <w:rPr>
          <w:rFonts w:ascii="微软雅黑" w:hAnsi="微软雅黑" w:eastAsia="微软雅黑"/>
          <w:b/>
          <w:sz w:val="21"/>
        </w:rPr>
        <w:t>照妖镜</w:t>
      </w:r>
      <w:r>
        <w:rPr>
          <w:rFonts w:ascii="微软雅黑" w:hAnsi="微软雅黑" w:eastAsia="微软雅黑"/>
          <w:sz w:val="21"/>
        </w:rPr>
        <w:t xml:space="preserve"> + 捉妖技能。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捉妖（野外捕捉）</w:t>
      </w:r>
      <w:r>
        <w:rPr>
          <w:rFonts w:ascii="微软雅黑" w:hAnsi="微软雅黑" w:eastAsia="微软雅黑"/>
          <w:sz w:val="21"/>
        </w:rPr>
        <w:t>：怪物的信息里标着"可驯服"的，用照妖镜+捉妖技能抓。捕捉难度分"猎苑/野外易/野外"等，猎苑里成功率最高，野外神兽/灵兽也能抓。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宠物蛋</w:t>
      </w:r>
      <w:r>
        <w:rPr>
          <w:rFonts w:ascii="微软雅黑" w:hAnsi="微软雅黑" w:eastAsia="微软雅黑"/>
          <w:sz w:val="21"/>
        </w:rPr>
        <w:t>：打怪/活动/商城给"未鉴定蛋"，鉴定后随机出宠。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活动/商城</w:t>
      </w:r>
      <w:r>
        <w:rPr>
          <w:rFonts w:ascii="微软雅黑" w:hAnsi="微软雅黑" w:eastAsia="微软雅黑"/>
          <w:sz w:val="21"/>
        </w:rPr>
        <w:t>：活动仙兽、商城仙兽/神兽。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宠物修行</w:t>
      </w:r>
      <w:r>
        <w:rPr>
          <w:rFonts w:ascii="微软雅黑" w:hAnsi="微软雅黑" w:eastAsia="微软雅黑"/>
          <w:sz w:val="21"/>
        </w:rPr>
        <w:t>：把宠物派去指定地图"自己练级"，每天 1 次，回来给经验 + 有几率带道具。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宠物分档（表里的分节）：</w:t>
      </w:r>
    </w:p>
    <w:p>
      <w:pPr>
        <w:spacing w:after="80"/>
      </w:pPr>
      <w:r>
        <w:rPr>
          <w:rFonts w:ascii="微软雅黑" w:hAnsi="微软雅黑" w:eastAsia="微软雅黑"/>
          <w:b/>
          <w:sz w:val="21"/>
        </w:rPr>
        <w:t>野外灵兽 &lt; 活动仙兽 ≈ 商城仙兽 &lt; 野外神兽 ≈ 商城神兽</w:t>
      </w:r>
      <w:r>
        <w:rPr>
          <w:rFonts w:ascii="微软雅黑" w:hAnsi="微软雅黑" w:eastAsia="微软雅黑"/>
          <w:sz w:val="21"/>
        </w:rPr>
        <w:t>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灵兽：四不像、野猪、熊、狼、甲鱼、青牛……（抓来过渡）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仙兽：紫眸白狐王、吊睛斑斓虎王、混世狮王、菩青玄鹿、九色幻鹿、六尾火狐……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神兽：金甲大王、野波兴、狐仙娘、谛听、南华老仙、小白虎、白凤凰……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6.3 侍宠怎么养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等级</w:t>
      </w:r>
      <w:r>
        <w:rPr>
          <w:rFonts w:ascii="微软雅黑" w:hAnsi="微软雅黑" w:eastAsia="微软雅黑"/>
          <w:sz w:val="21"/>
        </w:rPr>
        <w:t>：跟着你打怪/修行涨，也可以用"侍宠经验丹"。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技能</w:t>
      </w:r>
      <w:r>
        <w:rPr>
          <w:rFonts w:ascii="微软雅黑" w:hAnsi="微软雅黑" w:eastAsia="微软雅黑"/>
          <w:sz w:val="21"/>
        </w:rPr>
        <w:t>：找各地"侍宠训练师"学。技能分</w:t>
      </w:r>
      <w:r>
        <w:rPr>
          <w:rFonts w:ascii="微软雅黑" w:hAnsi="微软雅黑" w:eastAsia="微软雅黑"/>
          <w:b/>
          <w:sz w:val="21"/>
        </w:rPr>
        <w:t>融合、强化、凝结、合一、归一、隐藏、隐秘</w:t>
      </w:r>
      <w:r>
        <w:rPr>
          <w:rFonts w:ascii="微软雅黑" w:hAnsi="微软雅黑" w:eastAsia="微软雅黑"/>
          <w:sz w:val="21"/>
        </w:rPr>
        <w:t>几类，融合/强化/凝结常见 6 级，合一/归一能到 10 级。学技能消耗"道行值"和钱。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潜能/成长率</w:t>
      </w:r>
      <w:r>
        <w:rPr>
          <w:rFonts w:ascii="微软雅黑" w:hAnsi="微软雅黑" w:eastAsia="微软雅黑"/>
          <w:sz w:val="21"/>
        </w:rPr>
        <w:t>：决定它属性成长的底子；不满意可以用"洗点"道具重置。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忠诚度/满意度</w:t>
      </w:r>
      <w:r>
        <w:rPr>
          <w:rFonts w:ascii="微软雅黑" w:hAnsi="微软雅黑" w:eastAsia="微软雅黑"/>
          <w:sz w:val="21"/>
        </w:rPr>
        <w:t>：死亡会掉忠诚；忠诚太低宠物不干活。用玩具/食物维持。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战魂（80+）</w:t>
      </w:r>
      <w:r>
        <w:rPr>
          <w:rFonts w:ascii="微软雅黑" w:hAnsi="微软雅黑" w:eastAsia="微软雅黑"/>
          <w:sz w:val="21"/>
        </w:rPr>
        <w:t>：附战魂水晶，给侍宠加"基础属性 + 5 条洗练属性"，洗练用附魂石。</w:t>
      </w:r>
      <w:r>
        <w:rPr>
          <w:rFonts w:ascii="微软雅黑" w:hAnsi="微软雅黑" w:eastAsia="微软雅黑"/>
          <w:b/>
          <w:sz w:val="21"/>
        </w:rPr>
        <w:t>这是 80 级后侍宠最大的提升点。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圣兽（神兽专属）</w:t>
      </w:r>
      <w:r>
        <w:rPr>
          <w:rFonts w:ascii="微软雅黑" w:hAnsi="微软雅黑" w:eastAsia="微软雅黑"/>
          <w:sz w:val="21"/>
        </w:rPr>
        <w:t>：神兽侍宠可以用"圣灵丹"升阶成</w:t>
      </w:r>
      <w:r>
        <w:rPr>
          <w:rFonts w:ascii="微软雅黑" w:hAnsi="微软雅黑" w:eastAsia="微软雅黑"/>
          <w:b/>
          <w:sz w:val="21"/>
        </w:rPr>
        <w:t>圣兽</w:t>
      </w:r>
      <w:r>
        <w:rPr>
          <w:rFonts w:ascii="微软雅黑" w:hAnsi="微软雅黑" w:eastAsia="微软雅黑"/>
          <w:sz w:val="21"/>
        </w:rPr>
        <w:t>，解锁四维额外潜能，还能用全新的圣兽技能体系。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6.4 骑宠怎么养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骑乘</w:t>
      </w:r>
      <w:r>
        <w:rPr>
          <w:rFonts w:ascii="微软雅黑" w:hAnsi="微软雅黑" w:eastAsia="微软雅黑"/>
          <w:sz w:val="21"/>
        </w:rPr>
        <w:t>：跑图必备；好的坐骑速度更快，还能水陆两用/飞行。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战斗</w:t>
      </w:r>
      <w:r>
        <w:rPr>
          <w:rFonts w:ascii="微软雅黑" w:hAnsi="微软雅黑" w:eastAsia="微软雅黑"/>
          <w:sz w:val="21"/>
        </w:rPr>
        <w:t>：骑宠可以参战，有普攻和一堆坐骑技能（攻击/防御/恢复/减免/抗性/上限类）。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光环（重点）</w:t>
      </w:r>
      <w:r>
        <w:rPr>
          <w:rFonts w:ascii="微软雅黑" w:hAnsi="微软雅黑" w:eastAsia="微软雅黑"/>
          <w:sz w:val="21"/>
        </w:rPr>
        <w:t>：骑宠可以学"光环"技能，分</w:t>
      </w:r>
      <w:r>
        <w:rPr>
          <w:rFonts w:ascii="微软雅黑" w:hAnsi="微软雅黑" w:eastAsia="微软雅黑"/>
          <w:b/>
          <w:sz w:val="21"/>
        </w:rPr>
        <w:t>力量/体魄/元神/筋骨</w:t>
      </w:r>
      <w:r>
        <w:rPr>
          <w:rFonts w:ascii="微软雅黑" w:hAnsi="微软雅黑" w:eastAsia="微软雅黑"/>
          <w:sz w:val="21"/>
        </w:rPr>
        <w:t>四类，直接给主人加属性。比如"力量·猛击 3"加 128 点攻击力。</w:t>
      </w:r>
      <w:r>
        <w:rPr>
          <w:rFonts w:ascii="微软雅黑" w:hAnsi="微软雅黑" w:eastAsia="微软雅黑"/>
          <w:b/>
          <w:sz w:val="21"/>
        </w:rPr>
        <w:t>这是骑宠最值钱的地方，比外观重要得多。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进化</w:t>
      </w:r>
      <w:r>
        <w:rPr>
          <w:rFonts w:ascii="微软雅黑" w:hAnsi="微软雅黑" w:eastAsia="微软雅黑"/>
          <w:sz w:val="21"/>
        </w:rPr>
        <w:t>：60 级后神兽/骑宠可以炼化成气之晶/精之晶，换进化道具，提升骑宠属性、加潜能上限。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染色</w:t>
      </w:r>
      <w:r>
        <w:rPr>
          <w:rFonts w:ascii="微软雅黑" w:hAnsi="微软雅黑" w:eastAsia="微软雅黑"/>
          <w:sz w:val="21"/>
        </w:rPr>
        <w:t>：外观党玩法，不影响战力。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6.5 宠物修行（每天别忘了）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打开宠物界面 → 修行 → 选地图（狐狸坡 2 级、沙子洲 20 级、龙门水府 40 级、肮牙洞 60 级、沙溪湾 70 级、天书崖 80 级、京城镇妖塔 70 级但要求忠诚 60000）。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每只宠物每天只能出行一次</w:t>
      </w:r>
      <w:r>
        <w:rPr>
          <w:rFonts w:ascii="微软雅黑" w:hAnsi="微软雅黑" w:eastAsia="微软雅黑"/>
          <w:sz w:val="21"/>
        </w:rPr>
        <w:t>，中途切线/下线会中断，提前召回没有最终奖励。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收益：宠物经验 + 有几率带回来道具（强化石、材料、甚至好东西）。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优先级</w:t>
      </w:r>
      <w:r>
        <w:rPr>
          <w:rFonts w:ascii="微软雅黑" w:hAnsi="微软雅黑" w:eastAsia="微软雅黑"/>
          <w:sz w:val="21"/>
        </w:rPr>
        <w:t>：★★★★（零成本，顺手就做了）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6.6 宠物优先级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10 级先把小毛驴和照妖镜拿到</w:t>
      </w:r>
      <w:r>
        <w:rPr>
          <w:rFonts w:ascii="微软雅黑" w:hAnsi="微软雅黑" w:eastAsia="微软雅黑"/>
          <w:sz w:val="21"/>
        </w:rPr>
        <w:t>（白送的）。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侍宠优先选"加属性"的</w:t>
      </w:r>
      <w:r>
        <w:rPr>
          <w:rFonts w:ascii="微软雅黑" w:hAnsi="微软雅黑" w:eastAsia="微软雅黑"/>
          <w:sz w:val="21"/>
        </w:rPr>
        <w:t>（力量/体魄/元神/筋骨对应你的职业），别只看外观。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骑宠优先看"光环"和"速度"</w:t>
      </w:r>
      <w:r>
        <w:rPr>
          <w:rFonts w:ascii="微软雅黑" w:hAnsi="微软雅黑" w:eastAsia="微软雅黑"/>
          <w:sz w:val="21"/>
        </w:rPr>
        <w:t>，外观最后考虑。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80 级后战魂 &gt; 圣兽 &gt; 洗练</w:t>
      </w:r>
      <w:r>
        <w:rPr>
          <w:rFonts w:ascii="微软雅黑" w:hAnsi="微软雅黑" w:eastAsia="微软雅黑"/>
          <w:sz w:val="21"/>
        </w:rPr>
        <w:t>，按这个顺序投入。</w:t>
      </w:r>
    </w:p>
    <w:p>
      <w:pPr>
        <w:pStyle w:val="ListNumber"/>
      </w:pPr>
      <w:r>
        <w:rPr>
          <w:rFonts w:ascii="微软雅黑" w:hAnsi="微软雅黑" w:eastAsia="微软雅黑"/>
          <w:sz w:val="21"/>
        </w:rPr>
        <w:t>不要花大钱买"野生灵兽"，它们只是过渡。</w:t>
      </w:r>
    </w:p>
    <w:p>
      <w:r>
        <w:br w:type="page"/>
      </w:r>
    </w:p>
    <w:p>
      <w:pPr>
        <w:pStyle w:val="Heading1"/>
      </w:pPr>
      <w:r>
        <w:rPr>
          <w:rFonts w:ascii="微软雅黑" w:hAnsi="微软雅黑" w:eastAsia="微软雅黑"/>
          <w:color w:val="1F3A5F"/>
          <w:sz w:val="30"/>
        </w:rPr>
        <w:t>7. 生活技能 / 生产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7.1 有哪些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生活技能分四类，一共 20 多个：</w:t>
      </w:r>
    </w:p>
    <w:p>
      <w:pPr>
        <w:spacing w:after="80"/>
      </w:pPr>
      <w:r>
        <w:rPr>
          <w:rFonts w:ascii="微软雅黑" w:hAnsi="微软雅黑" w:eastAsia="微软雅黑"/>
          <w:b/>
          <w:sz w:val="21"/>
        </w:rPr>
        <w:t>① 采集类（赚钱/供料）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采集（采药/草）、伐木、狩猎、挖掘</w:t>
      </w:r>
    </w:p>
    <w:p>
      <w:pPr>
        <w:spacing w:after="80"/>
      </w:pPr>
      <w:r>
        <w:rPr>
          <w:rFonts w:ascii="微软雅黑" w:hAnsi="微软雅黑" w:eastAsia="微软雅黑"/>
          <w:b/>
          <w:sz w:val="21"/>
        </w:rPr>
        <w:t>② 生产类（做装备/药品/符纸）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制药（做药）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裁缝 5 件套：制作鞋子、缝制帽子、缝制衣服、缝制裤子、缝制腰带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打造首饰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打造（武器/金属）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木匠（木料/木制品）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冶炼（矿石→金属）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织布（纤维→布料）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制皮（生皮→皮革）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开玉（杂石→卦象石，宝石加工）</w:t>
      </w:r>
    </w:p>
    <w:p>
      <w:pPr>
        <w:spacing w:after="80"/>
      </w:pPr>
      <w:r>
        <w:rPr>
          <w:rFonts w:ascii="微软雅黑" w:hAnsi="微软雅黑" w:eastAsia="微软雅黑"/>
          <w:b/>
          <w:sz w:val="21"/>
        </w:rPr>
        <w:t>③ 辅助类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归元（把材料"归元"成精华）、资源回收（拆装备）、炼化（宠物相关）、福醮（做符）</w:t>
      </w:r>
    </w:p>
    <w:p>
      <w:pPr>
        <w:spacing w:after="80"/>
      </w:pPr>
      <w:r>
        <w:rPr>
          <w:rFonts w:ascii="微软雅黑" w:hAnsi="微软雅黑" w:eastAsia="微软雅黑"/>
          <w:b/>
          <w:sz w:val="21"/>
        </w:rPr>
        <w:t>④ 捕捉类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摄妖、捕捉（抓宠物）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7.2 怎么学、怎么升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每个主城都有</w:t>
      </w:r>
      <w:r>
        <w:rPr>
          <w:rFonts w:ascii="微软雅黑" w:hAnsi="微软雅黑" w:eastAsia="微软雅黑"/>
          <w:b/>
          <w:sz w:val="21"/>
        </w:rPr>
        <w:t>生活技能导师</w:t>
      </w:r>
      <w:r>
        <w:rPr>
          <w:rFonts w:ascii="微软雅黑" w:hAnsi="微软雅黑" w:eastAsia="微软雅黑"/>
          <w:sz w:val="21"/>
        </w:rPr>
        <w:t>（初级/二级/三级……）：金石导师、渔猎导师、樵采导师、制药导师、鞋匠、头巾裁缝、长袍裁缝、裤子裁缝、布头裁缝、首饰匠、初级铁匠、初级木匠、初级捉妖、初级异术、初级资源回收、宝石师傅。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找导师学技能，然后：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- </w:t>
      </w:r>
      <w:r>
        <w:rPr>
          <w:rFonts w:ascii="微软雅黑" w:hAnsi="微软雅黑" w:eastAsia="微软雅黑"/>
          <w:b/>
          <w:sz w:val="21"/>
        </w:rPr>
        <w:t>采集类</w:t>
      </w:r>
      <w:r>
        <w:rPr>
          <w:rFonts w:ascii="微软雅黑" w:hAnsi="微软雅黑" w:eastAsia="微软雅黑"/>
          <w:sz w:val="21"/>
        </w:rPr>
        <w:t>：去地图上找资源点（矿、树、草、兽），点一下读条，涨熟练度。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- </w:t>
      </w:r>
      <w:r>
        <w:rPr>
          <w:rFonts w:ascii="微软雅黑" w:hAnsi="微软雅黑" w:eastAsia="微软雅黑"/>
          <w:b/>
          <w:sz w:val="21"/>
        </w:rPr>
        <w:t>生产类</w:t>
      </w:r>
      <w:r>
        <w:rPr>
          <w:rFonts w:ascii="微软雅黑" w:hAnsi="微软雅黑" w:eastAsia="微软雅黑"/>
          <w:sz w:val="21"/>
        </w:rPr>
        <w:t>：在对应的操作台（铁砧、纺车、制革架、刨床）做配方，涨熟练度。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- </w:t>
      </w:r>
      <w:r>
        <w:rPr>
          <w:rFonts w:ascii="微软雅黑" w:hAnsi="微软雅黑" w:eastAsia="微软雅黑"/>
          <w:b/>
          <w:sz w:val="21"/>
        </w:rPr>
        <w:t>捕捉类</w:t>
      </w:r>
      <w:r>
        <w:rPr>
          <w:rFonts w:ascii="微软雅黑" w:hAnsi="微软雅黑" w:eastAsia="微软雅黑"/>
          <w:sz w:val="21"/>
        </w:rPr>
        <w:t>：对"可驯服"的怪用照妖镜。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等级</w:t>
      </w:r>
      <w:r>
        <w:rPr>
          <w:rFonts w:ascii="微软雅黑" w:hAnsi="微软雅黑" w:eastAsia="微软雅黑"/>
          <w:sz w:val="21"/>
        </w:rPr>
        <w:t>：生活技能最高 20 级。等级越高，能采/能做的东西越高级，成功率越高。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熟练度低的时候做低级配方也会涨，所以"从低往高做"是最省钱的练法。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7.3 能做什么、值不值得练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173"/>
        <w:gridCol w:w="3173"/>
        <w:gridCol w:w="3173"/>
      </w:tblGrid>
      <w:tr>
        <w:tc>
          <w:tcPr>
            <w:tcW w:type="dxa" w:w="3173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技能</w:t>
            </w:r>
          </w:p>
        </w:tc>
        <w:tc>
          <w:tcPr>
            <w:tcW w:type="dxa" w:w="3173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能做什么</w:t>
            </w:r>
          </w:p>
        </w:tc>
        <w:tc>
          <w:tcPr>
            <w:tcW w:type="dxa" w:w="3173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值不值得练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采集/伐木/狩猎/挖掘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原材料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★★★★（最稳的赚钱方式，挂机就能采）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开玉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卦象石（时装宝石）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★★★★★（后期刚需，很赚）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制药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回血/回蓝药、增益药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★★★（自给自足，省药钱）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裁缝/打造/首饰/铁匠/木匠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各等级装备、时装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★★★（前期能自给，后期不如副本装）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炼化/资源回收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拆装备、宠物炼化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★★★（清理背包 + 回血材料）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捉妖/捕捉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抓宠物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★★★★（抓到好的能自己用/卖钱）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福醮/异术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符纸、附魔相关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★★★（配合门派附魔）</w:t>
            </w:r>
          </w:p>
        </w:tc>
      </w:tr>
    </w:tbl>
    <w:p/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7.4 选哪个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纯新手/散人</w:t>
      </w:r>
      <w:r>
        <w:rPr>
          <w:rFonts w:ascii="微软雅黑" w:hAnsi="微软雅黑" w:eastAsia="微软雅黑"/>
          <w:sz w:val="21"/>
        </w:rPr>
        <w:t>：</w:t>
      </w:r>
      <w:r>
        <w:rPr>
          <w:rFonts w:ascii="微软雅黑" w:hAnsi="微软雅黑" w:eastAsia="微软雅黑"/>
          <w:b/>
          <w:sz w:val="21"/>
        </w:rPr>
        <w:t>采集 + 开玉</w:t>
      </w:r>
      <w:r>
        <w:rPr>
          <w:rFonts w:ascii="微软雅黑" w:hAnsi="微软雅黑" w:eastAsia="微软雅黑"/>
          <w:sz w:val="21"/>
        </w:rPr>
        <w:t>。采集挂机就有收入，开玉后期人人需要。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想自己做装备</w:t>
      </w:r>
      <w:r>
        <w:rPr>
          <w:rFonts w:ascii="微软雅黑" w:hAnsi="微软雅黑" w:eastAsia="微软雅黑"/>
          <w:sz w:val="21"/>
        </w:rPr>
        <w:t>：</w:t>
      </w:r>
      <w:r>
        <w:rPr>
          <w:rFonts w:ascii="微软雅黑" w:hAnsi="微软雅黑" w:eastAsia="微软雅黑"/>
          <w:b/>
          <w:sz w:val="21"/>
        </w:rPr>
        <w:t>铁匠/裁缝/首饰</w:t>
      </w:r>
      <w:r>
        <w:rPr>
          <w:rFonts w:ascii="微软雅黑" w:hAnsi="微软雅黑" w:eastAsia="微软雅黑"/>
          <w:sz w:val="21"/>
        </w:rPr>
        <w:t>（对应你要穿的部位）。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想抓宠卖钱</w:t>
      </w:r>
      <w:r>
        <w:rPr>
          <w:rFonts w:ascii="微软雅黑" w:hAnsi="微软雅黑" w:eastAsia="微软雅黑"/>
          <w:sz w:val="21"/>
        </w:rPr>
        <w:t>：</w:t>
      </w:r>
      <w:r>
        <w:rPr>
          <w:rFonts w:ascii="微软雅黑" w:hAnsi="微软雅黑" w:eastAsia="微软雅黑"/>
          <w:b/>
          <w:sz w:val="21"/>
        </w:rPr>
        <w:t>捉妖 + 捕捉</w:t>
      </w:r>
      <w:r>
        <w:rPr>
          <w:rFonts w:ascii="微软雅黑" w:hAnsi="微软雅黑" w:eastAsia="微软雅黑"/>
          <w:sz w:val="21"/>
        </w:rPr>
        <w:t>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大号</w:t>
      </w:r>
      <w:r>
        <w:rPr>
          <w:rFonts w:ascii="微软雅黑" w:hAnsi="微软雅黑" w:eastAsia="微软雅黑"/>
          <w:sz w:val="21"/>
        </w:rPr>
        <w:t>：随便，生活技能主要是"自给自足 + 卖材料"，不要指望它发大财。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优先级</w:t>
      </w:r>
      <w:r>
        <w:rPr>
          <w:rFonts w:ascii="微软雅黑" w:hAnsi="微软雅黑" w:eastAsia="微软雅黑"/>
          <w:sz w:val="21"/>
        </w:rPr>
        <w:t>：★★★（不是必须，但每天花 10 分钟采一采，长期收益很可观）</w:t>
      </w:r>
    </w:p>
    <w:p>
      <w:r>
        <w:br w:type="page"/>
      </w:r>
    </w:p>
    <w:p>
      <w:pPr>
        <w:pStyle w:val="Heading1"/>
      </w:pPr>
      <w:r>
        <w:rPr>
          <w:rFonts w:ascii="微软雅黑" w:hAnsi="微软雅黑" w:eastAsia="微软雅黑"/>
          <w:color w:val="1F3A5F"/>
          <w:sz w:val="30"/>
        </w:rPr>
        <w:t>8. 每日 / 每周 Routine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8.1 上线 8 步（核心，照着做就行）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签到 + 领福利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主界面签到；看邮件；回城找</w:t>
      </w:r>
      <w:r>
        <w:rPr>
          <w:rFonts w:ascii="微软雅黑" w:hAnsi="微软雅黑" w:eastAsia="微软雅黑"/>
          <w:b/>
          <w:sz w:val="21"/>
        </w:rPr>
        <w:t>头顶"礼"字的 NPC</w:t>
      </w:r>
      <w:r>
        <w:rPr>
          <w:rFonts w:ascii="微软雅黑" w:hAnsi="微软雅黑" w:eastAsia="微软雅黑"/>
          <w:sz w:val="21"/>
        </w:rPr>
        <w:t xml:space="preserve"> 领升级礼包；打开"每日推荐"（免费刷新 5 次），把推荐任务接了。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门派日常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门派跑环（门派任务）、门派贡献捐献、门派科技研究。门派任务给经验、金钱、门派贡献，贡献能换附魔符纸、材料、坐骑。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推正传主线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主线永远是第一优先：给经验、给装备、给系统解锁。卡级了再做支线/天劫路/拾荒。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副本日常 + 镇妖塔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- 每天刷新的"为民除害直捣 XX"副本日常（按任务池随机，经验很肥，别漏）。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- </w:t>
      </w:r>
      <w:r>
        <w:rPr>
          <w:rFonts w:ascii="微软雅黑" w:hAnsi="微软雅黑" w:eastAsia="微软雅黑"/>
          <w:b/>
          <w:sz w:val="21"/>
        </w:rPr>
        <w:t>镇妖塔</w:t>
      </w:r>
      <w:r>
        <w:rPr>
          <w:rFonts w:ascii="微软雅黑" w:hAnsi="微软雅黑" w:eastAsia="微软雅黑"/>
          <w:sz w:val="21"/>
        </w:rPr>
        <w:t>（40+ 京城 / 60+ 茅山 / 80+ 通天河，每日 1 次；京城/茅山 2 人，通天塔最多 5 人），掉套装部件。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- </w:t>
      </w:r>
      <w:r>
        <w:rPr>
          <w:rFonts w:ascii="微软雅黑" w:hAnsi="微软雅黑" w:eastAsia="微软雅黑"/>
          <w:b/>
          <w:sz w:val="21"/>
        </w:rPr>
        <w:t>形神竞技</w:t>
      </w:r>
      <w:r>
        <w:rPr>
          <w:rFonts w:ascii="微软雅黑" w:hAnsi="微软雅黑" w:eastAsia="微软雅黑"/>
          <w:sz w:val="21"/>
        </w:rPr>
        <w:t>（60+，每天 5 次），白给经验和形神印。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- </w:t>
      </w:r>
      <w:r>
        <w:rPr>
          <w:rFonts w:ascii="微软雅黑" w:hAnsi="微软雅黑" w:eastAsia="微软雅黑"/>
          <w:b/>
          <w:sz w:val="21"/>
        </w:rPr>
        <w:t>心魔砺炼</w:t>
      </w:r>
      <w:r>
        <w:rPr>
          <w:rFonts w:ascii="微软雅黑" w:hAnsi="微软雅黑" w:eastAsia="微软雅黑"/>
          <w:sz w:val="21"/>
        </w:rPr>
        <w:t>（完成职业进阶后开启，每天 4 次；本版本 100 级未开，暂时玩不到）。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 xml:space="preserve">- </w:t>
      </w:r>
      <w:r>
        <w:rPr>
          <w:rFonts w:ascii="微软雅黑" w:hAnsi="微软雅黑" w:eastAsia="微软雅黑"/>
          <w:b/>
          <w:sz w:val="21"/>
        </w:rPr>
        <w:t>天魔幻境</w:t>
      </w:r>
      <w:r>
        <w:rPr>
          <w:rFonts w:ascii="微软雅黑" w:hAnsi="微软雅黑" w:eastAsia="微软雅黑"/>
          <w:sz w:val="21"/>
        </w:rPr>
        <w:t>（80+，每天 2 次，3 人），战魂水晶。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限时活动（按点参加）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见下面的时间表。优先级：经验类（答题、种树、抢粮、保卫粮仓）&gt; 声望/PVP 类（斗神坛、对抗、抢滩）&gt; 纯材料类。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挂机刷怪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去当前等级的推荐地图，开</w:t>
      </w:r>
      <w:r>
        <w:rPr>
          <w:rFonts w:ascii="微软雅黑" w:hAnsi="微软雅黑" w:eastAsia="微软雅黑"/>
          <w:b/>
          <w:sz w:val="21"/>
        </w:rPr>
        <w:t>多倍经验</w:t>
      </w:r>
      <w:r>
        <w:rPr>
          <w:rFonts w:ascii="微软雅黑" w:hAnsi="微软雅黑" w:eastAsia="微软雅黑"/>
          <w:sz w:val="21"/>
        </w:rPr>
        <w:t>（商城道具/活动），把零碎时间用完。跳舞也是挂机经验，还能触发 400 倍经验状态。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宠物修行 + 培养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每只宠物每天派出去修行一次；喂忠诚/满意度；有余力就洗战魂、学技能。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收尾：整理 + 交易 + 社交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清背包、摆摊/拍卖、把不需要的蓝装分解/卖店；看看师徒/夫妻/好友有没有日常；第二天要用的药、符纸补满。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8.2 每日活动时间表（游戏里"活动日历"为准）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379"/>
        <w:gridCol w:w="2379"/>
        <w:gridCol w:w="2379"/>
        <w:gridCol w:w="2379"/>
      </w:tblGrid>
      <w:tr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时间</w:t>
            </w:r>
          </w:p>
        </w:tc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活动</w:t>
            </w:r>
          </w:p>
        </w:tc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等级</w:t>
            </w:r>
          </w:p>
        </w:tc>
        <w:tc>
          <w:tcPr>
            <w:tcW w:type="dxa" w:w="237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说明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10:00 / 16:00 / 20:00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黄九进犯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12+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宁海兰陵道刷黄九手下，杀黄九结束（活动表时间，实际以游戏内为准）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10:30 / 19:00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抢滩登陆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20+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骑宠战场，可坐骑作战，30 分钟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11:00–11:20 / 20:15–20:35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保卫粮仓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41+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稻香村，杀怪攒积分换元魄珠（战斗约 15 分钟）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13:00 / 21:30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对抗活动副本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20+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30 分钟，占塔/炮台，赢方经验多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13:30 / 20:00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门派摇钱树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有门派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打树给经验，结束出宝箱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19:30–21:30（周一/三/五/日）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每日抢粮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20+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宁海/石塘，背粮袋交大爷，经验很多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20:20–21:20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斗神坛竞技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40+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20:20 开赛、约 21:20 结束；周一至周四为正式比赛日；每天最多 10 场/5 败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20:50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定时答题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10+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20 道题，答对越多经验越多，200 分有大礼包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周六/周日 15:00–16:50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周末战场·枫霜林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20–90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4 场（15:00/15:30/16:00/16:30 开），赢方经验丰厚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周五–周日 19:45–19:59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仙魔圣火·令旗之争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门派 2 级以上（周一至周三在门派报名）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夺旗战场，门派积分赛季奖励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12:15–12:45 / 20:00–20:30 / 21:15–21:45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猎苑狩猎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各等级段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8"/>
              </w:rPr>
              <w:t>宁海/石塘/京城/茅山/五岳山麓，抓宠+材料</w:t>
            </w:r>
          </w:p>
        </w:tc>
      </w:tr>
    </w:tbl>
    <w:p/>
    <w:p>
      <w:pPr>
        <w:ind w:left="283"/>
      </w:pPr>
      <w:r>
        <w:rPr>
          <w:rFonts w:ascii="微软雅黑" w:hAnsi="微软雅黑" w:eastAsia="微软雅黑"/>
          <w:i/>
          <w:color w:val="666666"/>
          <w:sz w:val="19"/>
        </w:rPr>
        <w:t>还有：打地鼠、快乐家园种树、孤岛寻宝、门派采集战场、世界 BOSS 等，按活动日历开。</w:t>
      </w:r>
      <w:r>
        <w:rPr>
          <w:rFonts w:ascii="微软雅黑" w:hAnsi="微软雅黑" w:eastAsia="微软雅黑"/>
          <w:b/>
          <w:i/>
          <w:color w:val="666666"/>
          <w:sz w:val="19"/>
        </w:rPr>
        <w:t>不用全做，挑经验高的做。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8.3 每周要做的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门派战/门派活动</w:t>
      </w:r>
      <w:r>
        <w:rPr>
          <w:rFonts w:ascii="微软雅黑" w:hAnsi="微软雅黑" w:eastAsia="微软雅黑"/>
          <w:sz w:val="21"/>
        </w:rPr>
        <w:t>：门派贡献、发展度、排名奖励。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仙魔圣火·令旗之争</w:t>
      </w:r>
      <w:r>
        <w:rPr>
          <w:rFonts w:ascii="微软雅黑" w:hAnsi="微软雅黑" w:eastAsia="微软雅黑"/>
          <w:sz w:val="21"/>
        </w:rPr>
        <w:t>（周五–周日）：门派赛季积分。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周末战场·枫霜林</w:t>
      </w:r>
      <w:r>
        <w:rPr>
          <w:rFonts w:ascii="微软雅黑" w:hAnsi="微软雅黑" w:eastAsia="微软雅黑"/>
          <w:sz w:val="21"/>
        </w:rPr>
        <w:t>（周六/周日）：经验 + 战场奖励。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斗神坛周奖励/月奖励</w:t>
      </w:r>
      <w:r>
        <w:rPr>
          <w:rFonts w:ascii="微软雅黑" w:hAnsi="微软雅黑" w:eastAsia="微软雅黑"/>
          <w:sz w:val="21"/>
        </w:rPr>
        <w:t>：积分越高，周/月结算越多。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形神竞技</w:t>
      </w:r>
      <w:r>
        <w:rPr>
          <w:rFonts w:ascii="微软雅黑" w:hAnsi="微软雅黑" w:eastAsia="微软雅黑"/>
          <w:sz w:val="21"/>
        </w:rPr>
        <w:t>周三/周六 22:00 前 10 名有额外邮件奖励。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周末双倍经验</w:t>
      </w:r>
      <w:r>
        <w:rPr>
          <w:rFonts w:ascii="微软雅黑" w:hAnsi="微软雅黑" w:eastAsia="微软雅黑"/>
          <w:sz w:val="21"/>
        </w:rPr>
        <w:t>：练级/带徒弟尽量放在周末。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8.4 上班族 1–2 小时版本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如果你每天只有 1–2 小时，按这个顺序，做完就下：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签到 + 每日推荐 + 邮件</w:t>
      </w:r>
      <w:r>
        <w:rPr>
          <w:rFonts w:ascii="微软雅黑" w:hAnsi="微软雅黑" w:eastAsia="微软雅黑"/>
          <w:sz w:val="21"/>
        </w:rPr>
        <w:t>（5 分钟）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门派跑环 + 摇钱树</w:t>
      </w:r>
      <w:r>
        <w:rPr>
          <w:rFonts w:ascii="微软雅黑" w:hAnsi="微软雅黑" w:eastAsia="微软雅黑"/>
          <w:sz w:val="21"/>
        </w:rPr>
        <w:t>（15 分钟，赶得上就打）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主线 1–2 环</w:t>
      </w:r>
      <w:r>
        <w:rPr>
          <w:rFonts w:ascii="微软雅黑" w:hAnsi="微软雅黑" w:eastAsia="微软雅黑"/>
          <w:sz w:val="21"/>
        </w:rPr>
        <w:t>（30 分钟）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副本日常 1 次 + 镇妖塔 1 次</w:t>
      </w:r>
      <w:r>
        <w:rPr>
          <w:rFonts w:ascii="微软雅黑" w:hAnsi="微软雅黑" w:eastAsia="微软雅黑"/>
          <w:sz w:val="21"/>
        </w:rPr>
        <w:t>（30 分钟）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20:50 答题</w:t>
      </w:r>
      <w:r>
        <w:rPr>
          <w:rFonts w:ascii="微软雅黑" w:hAnsi="微软雅黑" w:eastAsia="微软雅黑"/>
          <w:sz w:val="21"/>
        </w:rPr>
        <w:t>（10 分钟，经验很高）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宠物修行 + 收尾</w:t>
      </w:r>
      <w:r>
        <w:rPr>
          <w:rFonts w:ascii="微软雅黑" w:hAnsi="微软雅黑" w:eastAsia="微软雅黑"/>
          <w:sz w:val="21"/>
        </w:rPr>
        <w:t>（5 分钟）</w:t>
      </w:r>
    </w:p>
    <w:p>
      <w:pPr>
        <w:ind w:left="283"/>
      </w:pPr>
      <w:r>
        <w:rPr>
          <w:rFonts w:ascii="微软雅黑" w:hAnsi="微软雅黑" w:eastAsia="微软雅黑"/>
          <w:i/>
          <w:color w:val="666666"/>
          <w:sz w:val="19"/>
        </w:rPr>
        <w:t>时间不够就砍掉刷怪和 PVP，</w:t>
      </w:r>
      <w:r>
        <w:rPr>
          <w:rFonts w:ascii="微软雅黑" w:hAnsi="微软雅黑" w:eastAsia="微软雅黑"/>
          <w:b/>
          <w:i/>
          <w:color w:val="666666"/>
          <w:sz w:val="19"/>
        </w:rPr>
        <w:t>主线、副本日常、答题、宠物修行</w:t>
      </w:r>
      <w:r>
        <w:rPr>
          <w:rFonts w:ascii="微软雅黑" w:hAnsi="微软雅黑" w:eastAsia="微软雅黑"/>
          <w:i/>
          <w:color w:val="666666"/>
          <w:sz w:val="19"/>
        </w:rPr>
        <w:t>这四样别砍。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8.5 活动收益优先级（懒人版）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按"单位时间给的经验"粗排（数值为经验基准，实际到手还要乘活动倍率/名次，以游戏内结算为准）：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第一梯队（经验最肥，优先清）</w:t>
      </w:r>
      <w:r>
        <w:rPr>
          <w:rFonts w:ascii="微软雅黑" w:hAnsi="微软雅黑" w:eastAsia="微软雅黑"/>
          <w:sz w:val="21"/>
        </w:rPr>
        <w:t>：每日推荐 6 档 → 保卫粮仓 → 骑乘对抗/对抗活动 → 斗神坛·骠骑战。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- 保卫粮仓排在骑乘对抗前面，不是总量高，而是</w:t>
      </w:r>
      <w:r>
        <w:rPr>
          <w:rFonts w:ascii="微软雅黑" w:hAnsi="微软雅黑" w:eastAsia="微软雅黑"/>
          <w:b/>
          <w:sz w:val="21"/>
        </w:rPr>
        <w:t>经验/分钟最高</w:t>
      </w:r>
      <w:r>
        <w:rPr>
          <w:rFonts w:ascii="微软雅黑" w:hAnsi="微软雅黑" w:eastAsia="微软雅黑"/>
          <w:sz w:val="21"/>
        </w:rPr>
        <w:t>（20 分钟窗口，60 级约 9 万基准，≈4,500/分钟）。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- 骑乘对抗是</w:t>
      </w:r>
      <w:r>
        <w:rPr>
          <w:rFonts w:ascii="微软雅黑" w:hAnsi="微软雅黑" w:eastAsia="微软雅黑"/>
          <w:b/>
          <w:sz w:val="21"/>
        </w:rPr>
        <w:t>单场总量最高</w:t>
      </w:r>
      <w:r>
        <w:rPr>
          <w:rFonts w:ascii="微软雅黑" w:hAnsi="微软雅黑" w:eastAsia="微软雅黑"/>
          <w:sz w:val="21"/>
        </w:rPr>
        <w:t>（60 级约 40.8 万），但要卡 20 分钟场次、还看胜负，时间不巧就先做粮仓。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第二梯队（顺路做）</w:t>
      </w:r>
      <w:r>
        <w:rPr>
          <w:rFonts w:ascii="微软雅黑" w:hAnsi="微软雅黑" w:eastAsia="微软雅黑"/>
          <w:sz w:val="21"/>
        </w:rPr>
        <w:t>：打地鼠、世界 BOSS、每日抢粮、门派战。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第三梯队（看图卷/材料再做）</w:t>
      </w:r>
      <w:r>
        <w:rPr>
          <w:rFonts w:ascii="微软雅黑" w:hAnsi="微软雅黑" w:eastAsia="微软雅黑"/>
          <w:sz w:val="21"/>
        </w:rPr>
        <w:t>：节日活动、孤岛寻宝。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但要按需求调整</w:t>
      </w:r>
      <w:r>
        <w:rPr>
          <w:rFonts w:ascii="微软雅黑" w:hAnsi="微软雅黑" w:eastAsia="微软雅黑"/>
          <w:sz w:val="21"/>
        </w:rPr>
        <w:t>：抢粮给</w:t>
      </w:r>
      <w:r>
        <w:rPr>
          <w:rFonts w:ascii="微软雅黑" w:hAnsi="微软雅黑" w:eastAsia="微软雅黑"/>
          <w:b/>
          <w:sz w:val="21"/>
        </w:rPr>
        <w:t>绑定金钱 + 粮食袋</w:t>
      </w:r>
      <w:r>
        <w:rPr>
          <w:rFonts w:ascii="微软雅黑" w:hAnsi="微软雅黑" w:eastAsia="微软雅黑"/>
          <w:sz w:val="21"/>
        </w:rPr>
        <w:t>，缺钱时往前挪；孤岛寻宝的价值在</w:t>
      </w:r>
      <w:r>
        <w:rPr>
          <w:rFonts w:ascii="微软雅黑" w:hAnsi="微软雅黑" w:eastAsia="微软雅黑"/>
          <w:b/>
          <w:sz w:val="21"/>
        </w:rPr>
        <w:t>宝石/兑洋票/宝箱</w:t>
      </w:r>
      <w:r>
        <w:rPr>
          <w:rFonts w:ascii="微软雅黑" w:hAnsi="微软雅黑" w:eastAsia="微软雅黑"/>
          <w:sz w:val="21"/>
        </w:rPr>
        <w:t>，不是经验。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注意</w:t>
      </w:r>
      <w:r>
        <w:rPr>
          <w:rFonts w:ascii="微软雅黑" w:hAnsi="微软雅黑" w:eastAsia="微软雅黑"/>
          <w:sz w:val="21"/>
        </w:rPr>
        <w:t>：90 级以上对抗活动的经验走"跨区分段配置"，不在常规档位里；表里的数字都只是基准值。</w:t>
      </w:r>
    </w:p>
    <w:p>
      <w:pPr>
        <w:ind w:left="283"/>
      </w:pPr>
      <w:r>
        <w:rPr>
          <w:rFonts w:ascii="微软雅黑" w:hAnsi="微软雅黑" w:eastAsia="微软雅黑"/>
          <w:i/>
          <w:color w:val="666666"/>
          <w:sz w:val="19"/>
        </w:rPr>
        <w:t>想看逐档数值，看同目录的 `玩家活动与奖励表.md` 第 5.1 节，这里不重复堆表。</w:t>
      </w:r>
    </w:p>
    <w:p>
      <w:pPr>
        <w:pStyle w:val="Heading2"/>
      </w:pPr>
      <w:r>
        <w:rPr>
          <w:rFonts w:ascii="微软雅黑" w:hAnsi="微软雅黑" w:eastAsia="微软雅黑"/>
          <w:color w:val="2E5C8A"/>
          <w:sz w:val="25"/>
        </w:rPr>
        <w:t>8.6 常见坑（新手最容易犯）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只刷怪不做主线</w:t>
      </w:r>
      <w:r>
        <w:rPr>
          <w:rFonts w:ascii="微软雅黑" w:hAnsi="微软雅黑" w:eastAsia="微软雅黑"/>
          <w:sz w:val="21"/>
        </w:rPr>
        <w:t>：主线给装备、给系统、给地图，纯刷怪会卡在"没任务、没装备、没系统"。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装备散搭</w:t>
      </w:r>
      <w:r>
        <w:rPr>
          <w:rFonts w:ascii="微软雅黑" w:hAnsi="微软雅黑" w:eastAsia="微软雅黑"/>
          <w:sz w:val="21"/>
        </w:rPr>
        <w:t>：不凑套装，战力少一大截。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90 级前猛砸武器强化</w:t>
      </w:r>
      <w:r>
        <w:rPr>
          <w:rFonts w:ascii="微软雅黑" w:hAnsi="微软雅黑" w:eastAsia="微软雅黑"/>
          <w:sz w:val="21"/>
        </w:rPr>
        <w:t>：90 级才开武器强化，前面的装备很快淘汰。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忘记领升级礼包</w:t>
      </w:r>
      <w:r>
        <w:rPr>
          <w:rFonts w:ascii="微软雅黑" w:hAnsi="微软雅黑" w:eastAsia="微软雅黑"/>
          <w:sz w:val="21"/>
        </w:rPr>
        <w:t>：每级都有，回城找"礼"字 NPC。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宠物不修行</w:t>
      </w:r>
      <w:r>
        <w:rPr>
          <w:rFonts w:ascii="微软雅黑" w:hAnsi="微软雅黑" w:eastAsia="微软雅黑"/>
          <w:sz w:val="21"/>
        </w:rPr>
        <w:t>：每天一次零成本，积少成多。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不加门派</w:t>
      </w:r>
      <w:r>
        <w:rPr>
          <w:rFonts w:ascii="微软雅黑" w:hAnsi="微软雅黑" w:eastAsia="微软雅黑"/>
          <w:sz w:val="21"/>
        </w:rPr>
        <w:t>：门派贡献能换附魔符纸、材料、坐骑，散人很亏。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把"跑环"当升级手段</w:t>
      </w:r>
      <w:r>
        <w:rPr>
          <w:rFonts w:ascii="微软雅黑" w:hAnsi="微软雅黑" w:eastAsia="微软雅黑"/>
          <w:sz w:val="21"/>
        </w:rPr>
        <w:t>：跑环给钱和材料，经验很少，别指望它升级。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忽视抗性</w:t>
      </w:r>
      <w:r>
        <w:rPr>
          <w:rFonts w:ascii="微软雅黑" w:hAnsi="微软雅黑" w:eastAsia="微软雅黑"/>
          <w:sz w:val="21"/>
        </w:rPr>
        <w:t>：后期副本的控制（定身/迷惑/流失/削弱）比伤害更致命，装备和心法要补抗性。</w:t>
      </w:r>
    </w:p>
    <w:p>
      <w:r>
        <w:br w:type="page"/>
      </w:r>
    </w:p>
    <w:p>
      <w:pPr>
        <w:pStyle w:val="Heading1"/>
      </w:pPr>
      <w:r>
        <w:rPr>
          <w:rFonts w:ascii="微软雅黑" w:hAnsi="微软雅黑" w:eastAsia="微软雅黑"/>
          <w:color w:val="1F3A5F"/>
          <w:sz w:val="30"/>
        </w:rPr>
        <w:t>9. 仙玉/金币怎么花（优先级）</w:t>
      </w:r>
    </w:p>
    <w:p>
      <w:pPr>
        <w:ind w:left="283"/>
      </w:pPr>
      <w:r>
        <w:rPr>
          <w:rFonts w:ascii="微软雅黑" w:hAnsi="微软雅黑" w:eastAsia="微软雅黑"/>
          <w:i/>
          <w:color w:val="666666"/>
          <w:sz w:val="19"/>
        </w:rPr>
        <w:t>这一节是给"想花钱"的人看的；不花钱也能玩，只是慢一点。</w:t>
      </w:r>
    </w:p>
    <w:p>
      <w:pPr>
        <w:spacing w:after="80"/>
      </w:pPr>
      <w:r>
        <w:rPr>
          <w:rFonts w:ascii="微软雅黑" w:hAnsi="微软雅黑" w:eastAsia="微软雅黑"/>
          <w:b/>
          <w:sz w:val="21"/>
        </w:rPr>
        <w:t>仙玉（商城）优先级：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背包/仓库扩展</w:t>
      </w:r>
      <w:r>
        <w:rPr>
          <w:rFonts w:ascii="微软雅黑" w:hAnsi="微软雅黑" w:eastAsia="微软雅黑"/>
          <w:sz w:val="21"/>
        </w:rPr>
        <w:t>（36 格包裹）——直接影响你刷多久不用回城。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多倍经验道具</w:t>
      </w:r>
      <w:r>
        <w:rPr>
          <w:rFonts w:ascii="微软雅黑" w:hAnsi="微软雅黑" w:eastAsia="微软雅黑"/>
          <w:sz w:val="21"/>
        </w:rPr>
        <w:t>（人物/宠物/法宝多倍经验）——练级期性价比最高。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坐骑</w:t>
      </w:r>
      <w:r>
        <w:rPr>
          <w:rFonts w:ascii="微软雅黑" w:hAnsi="微软雅黑" w:eastAsia="微软雅黑"/>
          <w:sz w:val="21"/>
        </w:rPr>
        <w:t>——跑图效率 + 骑宠光环，比时装实用。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时装/外观</w:t>
      </w:r>
      <w:r>
        <w:rPr>
          <w:rFonts w:ascii="微软雅黑" w:hAnsi="微软雅黑" w:eastAsia="微软雅黑"/>
          <w:sz w:val="21"/>
        </w:rPr>
        <w:t>——最后再考虑，纯外观。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不要买</w:t>
      </w:r>
      <w:r>
        <w:rPr>
          <w:rFonts w:ascii="微软雅黑" w:hAnsi="微软雅黑" w:eastAsia="微软雅黑"/>
          <w:sz w:val="21"/>
        </w:rPr>
        <w:t>：成品装备、成品法宝、直升道具（如果有的话）——这些会破坏养成体验，而且很快被淘汰。</w:t>
      </w:r>
    </w:p>
    <w:p>
      <w:pPr>
        <w:spacing w:after="80"/>
      </w:pPr>
      <w:r>
        <w:rPr>
          <w:rFonts w:ascii="微软雅黑" w:hAnsi="微软雅黑" w:eastAsia="微软雅黑"/>
          <w:b/>
          <w:sz w:val="21"/>
        </w:rPr>
        <w:t>金币（流通）优先级：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技能书/心法</w:t>
      </w:r>
      <w:r>
        <w:rPr>
          <w:rFonts w:ascii="微软雅黑" w:hAnsi="微软雅黑" w:eastAsia="微软雅黑"/>
          <w:sz w:val="21"/>
        </w:rPr>
        <w:t>（永久提升）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药品/符纸</w:t>
      </w:r>
      <w:r>
        <w:rPr>
          <w:rFonts w:ascii="微软雅黑" w:hAnsi="微软雅黑" w:eastAsia="微软雅黑"/>
          <w:sz w:val="21"/>
        </w:rPr>
        <w:t>（日常消耗）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强化材料</w:t>
      </w:r>
      <w:r>
        <w:rPr>
          <w:rFonts w:ascii="微软雅黑" w:hAnsi="微软雅黑" w:eastAsia="微软雅黑"/>
          <w:sz w:val="21"/>
        </w:rPr>
        <w:t>（90 后）</w:t>
      </w:r>
    </w:p>
    <w:p>
      <w:pPr>
        <w:pStyle w:val="ListNumber"/>
      </w:pPr>
      <w:r>
        <w:rPr>
          <w:rFonts w:ascii="微软雅黑" w:hAnsi="微软雅黑" w:eastAsia="微软雅黑"/>
          <w:b/>
          <w:sz w:val="21"/>
        </w:rPr>
        <w:t>宠物技能/战魂洗练</w:t>
      </w:r>
    </w:p>
    <w:p>
      <w:pPr>
        <w:pStyle w:val="ListNumber"/>
      </w:pPr>
      <w:r>
        <w:rPr>
          <w:rFonts w:ascii="微软雅黑" w:hAnsi="微软雅黑" w:eastAsia="微软雅黑"/>
          <w:sz w:val="21"/>
        </w:rPr>
        <w:t>装备修理（别让耐久掉光）</w:t>
      </w:r>
    </w:p>
    <w:p>
      <w:r>
        <w:br w:type="page"/>
      </w:r>
    </w:p>
    <w:p>
      <w:pPr>
        <w:pStyle w:val="Heading1"/>
      </w:pPr>
      <w:r>
        <w:rPr>
          <w:rFonts w:ascii="微软雅黑" w:hAnsi="微软雅黑" w:eastAsia="微软雅黑"/>
          <w:color w:val="1F3A5F"/>
          <w:sz w:val="30"/>
        </w:rPr>
        <w:t>10. 满级之后玩什么</w:t>
      </w:r>
    </w:p>
    <w:p>
      <w:pPr>
        <w:spacing w:after="80"/>
      </w:pPr>
      <w:r>
        <w:rPr>
          <w:rFonts w:ascii="微软雅黑" w:hAnsi="微软雅黑" w:eastAsia="微软雅黑"/>
          <w:sz w:val="21"/>
        </w:rPr>
        <w:t>99 级不是终点，后面还有：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100 级"九九归一"</w:t>
      </w:r>
      <w:r>
        <w:rPr>
          <w:rFonts w:ascii="微软雅黑" w:hAnsi="微软雅黑" w:eastAsia="微软雅黑"/>
          <w:sz w:val="21"/>
        </w:rPr>
        <w:t>：角色达到 100 级后开启"修为"系统，每天最多 300 点修为，修为可以换 200 级前的奇遇点、学本职业高级心法。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职业进阶</w:t>
      </w:r>
      <w:r>
        <w:rPr>
          <w:rFonts w:ascii="微软雅黑" w:hAnsi="微软雅黑" w:eastAsia="微软雅黑"/>
          <w:sz w:val="21"/>
        </w:rPr>
        <w:t>：100 级做【进阶】任务链（镇妖塔除妖 → 五岳证道 → 收集降妖/附魔/镇鬼印记各 200 个 → 挑战各职业尊师幻象 → 挑战本职业尊师），完成后进阶为</w:t>
      </w:r>
      <w:r>
        <w:rPr>
          <w:rFonts w:ascii="微软雅黑" w:hAnsi="微软雅黑" w:eastAsia="微软雅黑"/>
          <w:b/>
          <w:sz w:val="21"/>
        </w:rPr>
        <w:t>元尊/仙王/玄皇/真帝</w:t>
      </w:r>
      <w:r>
        <w:rPr>
          <w:rFonts w:ascii="微软雅黑" w:hAnsi="微软雅黑" w:eastAsia="微软雅黑"/>
          <w:sz w:val="21"/>
        </w:rPr>
        <w:t>（比如金刚元尊、驭剑仙王、控火玄皇、天君真帝）。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更高难度的副本</w:t>
      </w:r>
      <w:r>
        <w:rPr>
          <w:rFonts w:ascii="微软雅黑" w:hAnsi="微软雅黑" w:eastAsia="微软雅黑"/>
          <w:sz w:val="21"/>
        </w:rPr>
        <w:t>：玉灵山、白骨洞、闯三关、伏魔不周山、灵谷幽地。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PVP</w:t>
      </w:r>
      <w:r>
        <w:rPr>
          <w:rFonts w:ascii="微软雅黑" w:hAnsi="微软雅黑" w:eastAsia="微软雅黑"/>
          <w:sz w:val="21"/>
        </w:rPr>
        <w:t>：斗神坛、形神竞技、仙魔圣火、跨区争夺战。</w:t>
      </w:r>
    </w:p>
    <w:p>
      <w:pPr>
        <w:pStyle w:val="ListBullet"/>
      </w:pPr>
      <w:r>
        <w:rPr>
          <w:rFonts w:ascii="微软雅黑" w:hAnsi="微软雅黑" w:eastAsia="微软雅黑"/>
          <w:b/>
          <w:sz w:val="21"/>
        </w:rPr>
        <w:t>收集</w:t>
      </w:r>
      <w:r>
        <w:rPr>
          <w:rFonts w:ascii="微软雅黑" w:hAnsi="微软雅黑" w:eastAsia="微软雅黑"/>
          <w:sz w:val="21"/>
        </w:rPr>
        <w:t>：风物志（卡片收集给称号属性）、时装、坐骑、宠物图鉴。</w:t>
      </w:r>
    </w:p>
    <w:p>
      <w:r>
        <w:br w:type="page"/>
      </w:r>
    </w:p>
    <w:p>
      <w:pPr>
        <w:pStyle w:val="Heading1"/>
      </w:pPr>
      <w:r>
        <w:rPr>
          <w:rFonts w:ascii="微软雅黑" w:hAnsi="微软雅黑" w:eastAsia="微软雅黑"/>
          <w:color w:val="1F3A5F"/>
          <w:sz w:val="30"/>
        </w:rPr>
        <w:t>附录 A：关键数值速查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475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项目</w:t>
            </w:r>
          </w:p>
        </w:tc>
        <w:tc>
          <w:tcPr>
            <w:tcW w:type="dxa" w:w="475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数值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职业数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10 个（4 系）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当前等级上限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99 级（100 级表内"未开放"）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1→99 总经验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49.16 亿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1→90 经验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15.32 亿（31%）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90→99 经验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33.84 亿（69%）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正传任务数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886 条，约 4.48 亿经验（≈到 76 级）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全部任务经验（含重复任务各算一次）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17.1 亿（≈到 90 级出头）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心法起始等级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30 级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形神竞技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60+，5 次/天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镇妖塔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40/60/80 级各一座，1 次/天；京城/茅山 2 人，通天塔最多 5 人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天魔幻境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80+，2 次/天，3 人，25 层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武器强化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90 级开启，+1~+20，失败不降级不碎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灵宝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80 级（玲珑塔）/90 级（青风剑等），9 星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法宝阶数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4 阶，品质 普通/地煞/天罡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心法领悟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90+，5 次/天，每次 3000 万经验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修为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100 级后，每日上限 300 点</w:t>
            </w:r>
          </w:p>
        </w:tc>
      </w:tr>
    </w:tbl>
    <w:p/>
    <w:p>
      <w:pPr>
        <w:pStyle w:val="Heading1"/>
      </w:pPr>
      <w:r>
        <w:rPr>
          <w:rFonts w:ascii="微软雅黑" w:hAnsi="微软雅黑" w:eastAsia="微软雅黑"/>
          <w:color w:val="1F3A5F"/>
          <w:sz w:val="30"/>
        </w:rPr>
        <w:t>附录 B：各等级刷怪地图速查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475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等级</w:t>
            </w:r>
          </w:p>
        </w:tc>
        <w:tc>
          <w:tcPr>
            <w:tcW w:type="dxa" w:w="4759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推荐地图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1–9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小桑村周边（青林子/狐狸坡）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10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桃花林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11–12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锦绣林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13–14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青濡口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15–16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沙子洲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17–18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混水洞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19–20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宁城山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21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青牛坡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22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黄石岗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23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喇叭口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24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喇叭口 / 喇叭沟村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25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喇叭沟村 / 九曲湾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26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九曲湾 / 石沟洞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27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石沟洞 / 石塘县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28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石塘县 / 大粮仓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29–31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大粮仓 / 黎阳道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32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黎阳道 / 盘陀岭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33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盘陀岭 / 金翅洞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34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盘陀岭 / 金翅洞 / 十里堤林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35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金翅洞 / 十里堤林 / 钱宁大坝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36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钱宁大坝 / 青石滩 / 壶口泊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37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河心洲 / 石门口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38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石门口 / 落雁坡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39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石门口 / 落雁坡 / 石岭道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40–41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石岭道 / 东坡林 / 小君观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42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东坡林 / 小君观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43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京石驿道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44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京石驿道 / 京城东郊 / 紫岚山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45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京城东郊 / 紫岚山 / 紫岚仙府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46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紫岚仙府 / 京城南郊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47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京城南郊 / 小丘山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48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小丘山 / 肮牙洞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49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肮牙洞 / 京城西郊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50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京城西郊 / 皇陵道 / 皇陵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51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皇陵 / 清丘原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52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清丘原 / 小山庙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53–54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玉华山 / 仙君阁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55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仙君阁 / 南天台 / 天马川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56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南天台 / 天马川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57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西天台 / 小云海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58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西天台 / 小云海 / 云隐观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59–60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云隐观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61–62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乱坟岗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63–64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石门西郊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65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小黑松林 / 大荒原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66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如意法台 / 无根地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67–68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黑云谷 / 断魂谷 / 心死林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69–70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石门北郊 / 大裂口 / 离恨山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71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沙溪湾 / 石木坡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72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三家村 / 子规林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73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虎踞荒漠 / 子规林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74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柏风林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75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云梦谷 / 清溪谷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76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天书崖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77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神木林 / 益元堂 / 天工谷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78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隐蝶居 / 洗剑池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79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清溪谷 / 鬼谷洞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80–81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沙湾角 / 沙陀岛 / 龙吟湾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82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猛虎坡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83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景阳冈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84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通天观 / 野牛坡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85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河嘴滩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86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西郊林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87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东郊林 / 栖雁山 / 医务站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88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揽月谷 / 河头滩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89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碧波潭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90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通天台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91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虎跳栈道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92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风香原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93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歌雨滩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94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歌雨滩 / 宸虎观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95–99</w:t>
            </w:r>
          </w:p>
        </w:tc>
        <w:tc>
          <w:tcPr>
            <w:tcW w:type="dxa" w:w="4759"/>
          </w:tcPr>
          <w:p>
            <w:r/>
            <w:r>
              <w:rPr>
                <w:rFonts w:ascii="微软雅黑" w:hAnsi="微软雅黑" w:eastAsia="微软雅黑"/>
                <w:sz w:val="18"/>
              </w:rPr>
              <w:t>宸虎观</w:t>
            </w:r>
          </w:p>
        </w:tc>
      </w:tr>
    </w:tbl>
    <w:p/>
    <w:p>
      <w:pPr>
        <w:pStyle w:val="Heading1"/>
      </w:pPr>
      <w:r>
        <w:rPr>
          <w:rFonts w:ascii="微软雅黑" w:hAnsi="微软雅黑" w:eastAsia="微软雅黑"/>
          <w:color w:val="1F3A5F"/>
          <w:sz w:val="30"/>
        </w:rPr>
        <w:t>附录 C：副本等级速查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173"/>
        <w:gridCol w:w="3173"/>
        <w:gridCol w:w="3173"/>
      </w:tblGrid>
      <w:tr>
        <w:tc>
          <w:tcPr>
            <w:tcW w:type="dxa" w:w="3173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副本</w:t>
            </w:r>
          </w:p>
        </w:tc>
        <w:tc>
          <w:tcPr>
            <w:tcW w:type="dxa" w:w="3173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建议等级</w:t>
            </w:r>
          </w:p>
        </w:tc>
        <w:tc>
          <w:tcPr>
            <w:tcW w:type="dxa" w:w="3173"/>
            <w:shd w:fill="E8EEF7"/>
          </w:tcPr>
          <w:p>
            <w:r>
              <w:rPr>
                <w:b/>
              </w:rPr>
            </w:r>
            <w:r>
              <w:rPr>
                <w:rFonts w:ascii="微软雅黑" w:hAnsi="微软雅黑" w:eastAsia="微软雅黑"/>
                <w:b/>
                <w:sz w:val="18"/>
              </w:rPr>
              <w:t>备注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宁海平妖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12–16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青濡口小渔村进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黄风洞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18–25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黄四爷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虫谷历险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25–30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喇叭沟村进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葫芦山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30–35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龙门水府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35–40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通天阴谋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40–45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风云劫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40–50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第一道天劫，掉 40 仙剑碎片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黄金海岸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40–50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皇陵穹顶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48–58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飞越宁海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50–60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百鬼夜行阵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55–65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天雷劫境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60–70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第二道天劫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倩女幽魂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60–70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虫谷历险【挑战】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60–70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普通封魔台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60–70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黑松观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65–75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渔盆（地牢）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65–75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皇陵地宫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68–80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葫芦山【挑战】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70–80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三头火鸟副本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75–85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封魔台【挑战】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80–90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十方劫境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80–90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第三道天劫，10 人团队，1 次/天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黑风岭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85–90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碧萝仙府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80–90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千蛛洞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90–95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【九蛇试炼】神龙殿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90–95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灵谷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90–95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轮回道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90–100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宸虎道观【普通/简单】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90–100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灵谷幽地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90–100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白骨洞【普通/简单】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90–100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伏魔不周山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90–100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需 90 级任务开启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闯三关【普通/简单】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95–100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玉灵山【简单/普通】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98–100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京城镇妖塔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40+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1 次/天，2 人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茅山镇妖塔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60+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1 次/天，2 人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通天河镇妖塔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80+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1 次/天，2 人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天魔幻境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80+</w:t>
            </w:r>
          </w:p>
        </w:tc>
        <w:tc>
          <w:tcPr>
            <w:tcW w:type="dxa" w:w="3173"/>
          </w:tcPr>
          <w:p>
            <w:r/>
            <w:r>
              <w:rPr>
                <w:rFonts w:ascii="微软雅黑" w:hAnsi="微软雅黑" w:eastAsia="微软雅黑"/>
                <w:sz w:val="18"/>
              </w:rPr>
              <w:t>2 次/天，3 人，25 层</w:t>
            </w:r>
          </w:p>
        </w:tc>
      </w:tr>
    </w:tbl>
    <w:p/>
    <w:p>
      <w:r>
        <w:br w:type="page"/>
      </w:r>
    </w:p>
    <w:p>
      <w:pPr>
        <w:ind w:left="283"/>
      </w:pPr>
      <w:r>
        <w:rPr>
          <w:rFonts w:ascii="微软雅黑" w:hAnsi="微软雅黑" w:eastAsia="微软雅黑"/>
          <w:i/>
          <w:color w:val="666666"/>
          <w:sz w:val="19"/>
        </w:rPr>
        <w:t>最后一句：这游戏是"慢养成"，</w:t>
      </w:r>
      <w:r>
        <w:rPr>
          <w:rFonts w:ascii="微软雅黑" w:hAnsi="微软雅黑" w:eastAsia="微软雅黑"/>
          <w:b/>
          <w:i/>
          <w:color w:val="666666"/>
          <w:sz w:val="19"/>
        </w:rPr>
        <w:t>每天把该做的做完，比一天爆肝 10 小时更有用</w:t>
      </w:r>
      <w:r>
        <w:rPr>
          <w:rFonts w:ascii="微软雅黑" w:hAnsi="微软雅黑" w:eastAsia="微软雅黑"/>
          <w:i/>
          <w:color w:val="666666"/>
          <w:sz w:val="19"/>
        </w:rPr>
        <w:t>。</w:t>
      </w:r>
    </w:p>
    <w:p>
      <w:pPr>
        <w:ind w:left="283"/>
      </w:pPr>
      <w:r>
        <w:rPr>
          <w:rFonts w:ascii="微软雅黑" w:hAnsi="微软雅黑" w:eastAsia="微软雅黑"/>
          <w:i/>
          <w:color w:val="666666"/>
          <w:sz w:val="19"/>
        </w:rPr>
        <w:t>主线别断、门派别退、宠物别忘、装备跟着等级换，你就能顺顺利利玩到满级。</w:t>
      </w:r>
    </w:p>
    <w:p>
      <w:r>
        <w:br w:type="page"/>
      </w:r>
    </w:p>
    <w:sectPr w:rsidR="00FC693F" w:rsidRPr="0006063C" w:rsidSect="00034616">
      <w:footerReference w:type="default" r:id="rId9"/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